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9C0F0E9" w14:textId="77777777" w:rsidR="00941720" w:rsidRDefault="00000000">
      <w:pPr>
        <w:jc w:val="center"/>
      </w:pPr>
      <w:r>
        <w:rPr>
          <w:noProof/>
        </w:rPr>
        <w:drawing>
          <wp:inline distT="0" distB="0" distL="0" distR="0" wp14:anchorId="06480F63" wp14:editId="1582EEF5">
            <wp:extent cx="2628000" cy="57741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mmaf_log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28000" cy="577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E6F862" w14:textId="77777777" w:rsidR="00941720" w:rsidRDefault="00000000">
      <w:pPr>
        <w:jc w:val="center"/>
      </w:pPr>
      <w:r>
        <w:rPr>
          <w:rFonts w:ascii="Calibri" w:hAnsi="Calibri"/>
          <w:b/>
          <w:sz w:val="20"/>
        </w:rPr>
        <w:t>LIETUVOS MIŠRIŲ KOVOS MENŲ FEDERACIJA</w:t>
      </w:r>
    </w:p>
    <w:p w14:paraId="7CD383FE" w14:textId="77777777" w:rsidR="00941720" w:rsidRDefault="00000000">
      <w:pPr>
        <w:jc w:val="center"/>
      </w:pPr>
      <w:r>
        <w:rPr>
          <w:rFonts w:ascii="Calibri" w:hAnsi="Calibri"/>
          <w:sz w:val="18"/>
        </w:rPr>
        <w:t>įm. kodas 302827418, a. s. LT55 7300 0101 3244 2575, Swedbank AB</w:t>
      </w:r>
    </w:p>
    <w:p w14:paraId="597B908C" w14:textId="77777777" w:rsidR="00941720" w:rsidRDefault="00000000">
      <w:pPr>
        <w:jc w:val="center"/>
      </w:pPr>
      <w:r>
        <w:rPr>
          <w:rFonts w:ascii="Calibri" w:hAnsi="Calibri"/>
          <w:sz w:val="18"/>
        </w:rPr>
        <w:t>Kęstučio g. 35-5, 74157 Jurbarkas, mob. +370 698 32406, m.smirnovas@gmail.com</w:t>
      </w:r>
    </w:p>
    <w:p w14:paraId="74652CA3" w14:textId="77777777" w:rsidR="00941720" w:rsidRDefault="00000000">
      <w:pPr>
        <w:pStyle w:val="Title"/>
        <w:spacing w:before="400"/>
        <w:jc w:val="center"/>
      </w:pPr>
      <w:r>
        <w:t>SUN CITY MMA OPEN 2026</w:t>
      </w:r>
    </w:p>
    <w:p w14:paraId="686E6AFD" w14:textId="77777777" w:rsidR="00941720" w:rsidRDefault="00000000">
      <w:pPr>
        <w:pStyle w:val="Title"/>
        <w:spacing w:before="160"/>
        <w:jc w:val="center"/>
      </w:pPr>
      <w:r>
        <w:t>PROTOKOLAS</w:t>
      </w:r>
    </w:p>
    <w:p w14:paraId="6F0B5CD3" w14:textId="77777777" w:rsidR="00941720" w:rsidRDefault="00000000">
      <w:pPr>
        <w:spacing w:before="140"/>
        <w:jc w:val="center"/>
      </w:pPr>
      <w:r>
        <w:t>2026 m. spalio 10 d., Šiauliai</w:t>
      </w:r>
    </w:p>
    <w:p w14:paraId="21F50097" w14:textId="77777777" w:rsidR="00941720" w:rsidRDefault="00000000">
      <w:pPr>
        <w:pStyle w:val="Heading1"/>
        <w:spacing w:before="460"/>
      </w:pPr>
      <w:r>
        <w:t>MMA DISCIPLINA</w:t>
      </w:r>
    </w:p>
    <w:p w14:paraId="4F2476F3" w14:textId="77777777" w:rsidR="00941720" w:rsidRDefault="00000000">
      <w:pPr>
        <w:pStyle w:val="Heading2"/>
      </w:pPr>
      <w:r>
        <w:t>U-12 | YOUTH D | BOYS | MMA / UNDER 12 / -37 KG</w:t>
      </w:r>
    </w:p>
    <w:p w14:paraId="44F416CD" w14:textId="77777777" w:rsidR="00941720" w:rsidRDefault="00000000">
      <w:pPr>
        <w:keepNext/>
        <w:keepLines/>
        <w:tabs>
          <w:tab w:val="left" w:pos="369"/>
        </w:tabs>
        <w:spacing w:after="40"/>
        <w:ind w:left="369" w:hanging="369"/>
      </w:pPr>
      <w:r>
        <w:t>1.</w:t>
      </w:r>
      <w:r>
        <w:tab/>
        <w:t>Jonas Alminas „Grecicho fight team“, Lietuva</w:t>
      </w:r>
    </w:p>
    <w:p w14:paraId="631B9E19" w14:textId="77777777" w:rsidR="00941720" w:rsidRDefault="00000000">
      <w:pPr>
        <w:keepLines/>
        <w:tabs>
          <w:tab w:val="left" w:pos="369"/>
        </w:tabs>
        <w:spacing w:after="40"/>
        <w:ind w:left="369" w:hanging="369"/>
      </w:pPr>
      <w:r>
        <w:t>2.</w:t>
      </w:r>
      <w:r>
        <w:tab/>
        <w:t>Ernestas Stoncelis „Lutador Klaipėda“, Lietuva</w:t>
      </w:r>
    </w:p>
    <w:p w14:paraId="358D06F0" w14:textId="77777777" w:rsidR="00941720" w:rsidRDefault="00000000">
      <w:pPr>
        <w:pStyle w:val="Heading2"/>
      </w:pPr>
      <w:r>
        <w:t>U-12 | YOUTH D | BOYS | MMA / UNDER 12 / -40 KG</w:t>
      </w:r>
    </w:p>
    <w:p w14:paraId="7E500791" w14:textId="77777777" w:rsidR="00941720" w:rsidRDefault="00000000">
      <w:pPr>
        <w:keepNext/>
        <w:keepLines/>
        <w:tabs>
          <w:tab w:val="left" w:pos="369"/>
        </w:tabs>
        <w:spacing w:after="40"/>
        <w:ind w:left="369" w:hanging="369"/>
      </w:pPr>
      <w:r>
        <w:t>1.</w:t>
      </w:r>
      <w:r>
        <w:tab/>
        <w:t>Danielius Pervakovas „Lutador Klaipėda“, Lietuva</w:t>
      </w:r>
    </w:p>
    <w:p w14:paraId="5F3F3278" w14:textId="77777777" w:rsidR="00941720" w:rsidRDefault="00000000">
      <w:pPr>
        <w:keepLines/>
        <w:tabs>
          <w:tab w:val="left" w:pos="369"/>
        </w:tabs>
        <w:spacing w:after="40"/>
        <w:ind w:left="369" w:hanging="369"/>
      </w:pPr>
      <w:r>
        <w:t>2.</w:t>
      </w:r>
      <w:r>
        <w:tab/>
        <w:t>Emilis Butkus „Nextlevel Mažeikiai“, Lietuva</w:t>
      </w:r>
    </w:p>
    <w:p w14:paraId="16801BE9" w14:textId="77777777" w:rsidR="00941720" w:rsidRDefault="00000000">
      <w:pPr>
        <w:pStyle w:val="Heading2"/>
      </w:pPr>
      <w:r>
        <w:t>U-12 | YOUTH D | BOYS | MMA / UNDER 12 / -48 KG</w:t>
      </w:r>
    </w:p>
    <w:p w14:paraId="4BBB65DA" w14:textId="77777777" w:rsidR="00941720" w:rsidRDefault="00000000">
      <w:pPr>
        <w:keepNext/>
        <w:keepLines/>
        <w:tabs>
          <w:tab w:val="left" w:pos="369"/>
        </w:tabs>
        <w:spacing w:after="40"/>
        <w:ind w:left="369" w:hanging="369"/>
      </w:pPr>
      <w:r>
        <w:t>1.</w:t>
      </w:r>
      <w:r>
        <w:tab/>
        <w:t>Adamas Kontvainis „Lutador Klaipėda“, Lietuva</w:t>
      </w:r>
    </w:p>
    <w:p w14:paraId="6F3F3C7A" w14:textId="77777777" w:rsidR="00941720" w:rsidRDefault="00000000">
      <w:pPr>
        <w:keepLines/>
        <w:tabs>
          <w:tab w:val="left" w:pos="369"/>
        </w:tabs>
        <w:spacing w:after="40"/>
        <w:ind w:left="369" w:hanging="369"/>
      </w:pPr>
      <w:r>
        <w:t>2.</w:t>
      </w:r>
      <w:r>
        <w:tab/>
        <w:t>Roman Ukhan „Lutador Klaipėda“, Lietuva</w:t>
      </w:r>
    </w:p>
    <w:p w14:paraId="67FFFDD1" w14:textId="77777777" w:rsidR="00941720" w:rsidRDefault="00000000">
      <w:pPr>
        <w:pStyle w:val="Heading2"/>
      </w:pPr>
      <w:r>
        <w:t>U-14 | YOUTH C | BOYS | MMA / UNDER 14 / -48 KG</w:t>
      </w:r>
    </w:p>
    <w:p w14:paraId="62B93189" w14:textId="77777777" w:rsidR="00941720" w:rsidRDefault="00000000">
      <w:pPr>
        <w:keepNext/>
        <w:keepLines/>
        <w:tabs>
          <w:tab w:val="left" w:pos="369"/>
        </w:tabs>
        <w:spacing w:after="40"/>
        <w:ind w:left="369" w:hanging="369"/>
      </w:pPr>
      <w:r>
        <w:t>1.</w:t>
      </w:r>
      <w:r>
        <w:tab/>
        <w:t>Adamas Kontvainis „Lutador Klaipėda“, Lietuva</w:t>
      </w:r>
    </w:p>
    <w:p w14:paraId="75AE4336" w14:textId="77777777" w:rsidR="00941720" w:rsidRDefault="00000000">
      <w:pPr>
        <w:keepLines/>
        <w:tabs>
          <w:tab w:val="left" w:pos="369"/>
        </w:tabs>
        <w:spacing w:after="40"/>
        <w:ind w:left="369" w:hanging="369"/>
      </w:pPr>
      <w:r>
        <w:t>2.</w:t>
      </w:r>
      <w:r>
        <w:tab/>
        <w:t>Danielius Tupikas „Okamis“, Lietuva</w:t>
      </w:r>
    </w:p>
    <w:p w14:paraId="395564C8" w14:textId="77777777" w:rsidR="00941720" w:rsidRDefault="00000000">
      <w:pPr>
        <w:pStyle w:val="Heading2"/>
      </w:pPr>
      <w:r>
        <w:t>U-14 | YOUTH C | GIRLS | MMA / UNDER 14 / -57 KG</w:t>
      </w:r>
    </w:p>
    <w:p w14:paraId="1C08115E" w14:textId="77777777" w:rsidR="00941720" w:rsidRDefault="00000000">
      <w:pPr>
        <w:keepNext/>
        <w:keepLines/>
        <w:tabs>
          <w:tab w:val="left" w:pos="369"/>
        </w:tabs>
        <w:spacing w:after="40"/>
        <w:ind w:left="369" w:hanging="369"/>
      </w:pPr>
      <w:r>
        <w:t>1.</w:t>
      </w:r>
      <w:r>
        <w:tab/>
        <w:t>Nikita Gaudiešiūtė „MMA Pantera“, Lietuva</w:t>
      </w:r>
    </w:p>
    <w:p w14:paraId="7C8F0C46" w14:textId="77777777" w:rsidR="00941720" w:rsidRDefault="00000000">
      <w:pPr>
        <w:keepNext/>
        <w:keepLines/>
        <w:tabs>
          <w:tab w:val="left" w:pos="369"/>
        </w:tabs>
        <w:spacing w:after="40"/>
        <w:ind w:left="369" w:hanging="369"/>
      </w:pPr>
      <w:r>
        <w:t>2.</w:t>
      </w:r>
      <w:r>
        <w:tab/>
        <w:t>Gabija Matusevičiūtė „Fighter House“, Lietuva</w:t>
      </w:r>
    </w:p>
    <w:p w14:paraId="16D6E46D" w14:textId="77777777" w:rsidR="00941720" w:rsidRDefault="00000000">
      <w:pPr>
        <w:keepLines/>
        <w:tabs>
          <w:tab w:val="left" w:pos="369"/>
        </w:tabs>
        <w:spacing w:after="40"/>
        <w:ind w:left="369" w:hanging="369"/>
      </w:pPr>
      <w:r>
        <w:t>3.</w:t>
      </w:r>
      <w:r>
        <w:tab/>
        <w:t>Polina Nosyk „Team Lion MMA“, Lietuva</w:t>
      </w:r>
    </w:p>
    <w:p w14:paraId="4D05DAFA" w14:textId="77777777" w:rsidR="00941720" w:rsidRDefault="00000000">
      <w:pPr>
        <w:pStyle w:val="Heading2"/>
      </w:pPr>
      <w:r>
        <w:t>U-16 | YOUTH B | BOYS | MMA / UNDER 16 / -62 KG</w:t>
      </w:r>
    </w:p>
    <w:p w14:paraId="74AE7731" w14:textId="77777777" w:rsidR="00941720" w:rsidRDefault="00000000">
      <w:pPr>
        <w:keepNext/>
        <w:keepLines/>
        <w:tabs>
          <w:tab w:val="left" w:pos="369"/>
        </w:tabs>
        <w:spacing w:after="40"/>
        <w:ind w:left="369" w:hanging="369"/>
      </w:pPr>
      <w:r>
        <w:t>1.</w:t>
      </w:r>
      <w:r>
        <w:tab/>
        <w:t>Artiom Korobov „Grecicho fight team“, Lietuva</w:t>
      </w:r>
    </w:p>
    <w:p w14:paraId="641F92DA" w14:textId="77777777" w:rsidR="00941720" w:rsidRDefault="00000000">
      <w:pPr>
        <w:keepNext/>
        <w:keepLines/>
        <w:tabs>
          <w:tab w:val="left" w:pos="369"/>
        </w:tabs>
        <w:spacing w:after="40"/>
        <w:ind w:left="369" w:hanging="369"/>
      </w:pPr>
      <w:r>
        <w:t>2.</w:t>
      </w:r>
      <w:r>
        <w:tab/>
        <w:t>Darian Stefanovič „Rings kovinio sporto klubas“, Lietuva</w:t>
      </w:r>
    </w:p>
    <w:p w14:paraId="2A519F5F" w14:textId="77777777" w:rsidR="00941720" w:rsidRDefault="00000000">
      <w:pPr>
        <w:keepLines/>
        <w:tabs>
          <w:tab w:val="left" w:pos="369"/>
        </w:tabs>
        <w:spacing w:after="40"/>
        <w:ind w:left="369" w:hanging="369"/>
      </w:pPr>
      <w:r>
        <w:t>3.</w:t>
      </w:r>
      <w:r>
        <w:tab/>
        <w:t>Kostas Elzbergas „MMA Pantera“, Lietuva</w:t>
      </w:r>
    </w:p>
    <w:p w14:paraId="185BC1C0" w14:textId="77777777" w:rsidR="00941720" w:rsidRDefault="00000000">
      <w:pPr>
        <w:pStyle w:val="Heading2"/>
      </w:pPr>
      <w:r>
        <w:t>U-16 | YOUTH B | BOYS | MMA / UNDER 16 / -72 KG</w:t>
      </w:r>
    </w:p>
    <w:p w14:paraId="1324AC1C" w14:textId="77777777" w:rsidR="00941720" w:rsidRDefault="00000000">
      <w:pPr>
        <w:keepNext/>
        <w:keepLines/>
        <w:tabs>
          <w:tab w:val="left" w:pos="369"/>
        </w:tabs>
        <w:spacing w:after="40"/>
        <w:ind w:left="369" w:hanging="369"/>
      </w:pPr>
      <w:r>
        <w:t>1.</w:t>
      </w:r>
      <w:r>
        <w:tab/>
        <w:t>Ignas Rubinas „K-1 Okamis“, Lietuva</w:t>
      </w:r>
    </w:p>
    <w:p w14:paraId="00EB5AFC" w14:textId="77777777" w:rsidR="00941720" w:rsidRDefault="00000000">
      <w:pPr>
        <w:keepNext/>
        <w:keepLines/>
        <w:tabs>
          <w:tab w:val="left" w:pos="369"/>
        </w:tabs>
        <w:spacing w:after="40"/>
        <w:ind w:left="369" w:hanging="369"/>
      </w:pPr>
      <w:r>
        <w:t>2.</w:t>
      </w:r>
      <w:r>
        <w:tab/>
        <w:t>Illia Khlystov „Suncity_MMA“, Ukraina</w:t>
      </w:r>
    </w:p>
    <w:p w14:paraId="600E1A7C" w14:textId="77777777" w:rsidR="00941720" w:rsidRDefault="00000000">
      <w:pPr>
        <w:keepLines/>
        <w:tabs>
          <w:tab w:val="left" w:pos="369"/>
        </w:tabs>
        <w:spacing w:after="40"/>
        <w:ind w:left="369" w:hanging="369"/>
      </w:pPr>
      <w:r>
        <w:t>3.</w:t>
      </w:r>
      <w:r>
        <w:tab/>
        <w:t>Danielius Dumša „Suncity_MMA“, Lietuva</w:t>
      </w:r>
    </w:p>
    <w:p w14:paraId="181AF5F2" w14:textId="77777777" w:rsidR="00941720" w:rsidRDefault="00000000">
      <w:pPr>
        <w:pStyle w:val="Heading2"/>
      </w:pPr>
      <w:r>
        <w:t>U-16 | YOUTH B | BOYS | MMA / UNDER 16 / +77 KG</w:t>
      </w:r>
    </w:p>
    <w:p w14:paraId="5D59FD42" w14:textId="77777777" w:rsidR="00941720" w:rsidRDefault="00000000">
      <w:pPr>
        <w:keepNext/>
        <w:keepLines/>
        <w:tabs>
          <w:tab w:val="left" w:pos="369"/>
        </w:tabs>
        <w:spacing w:after="40"/>
        <w:ind w:left="369" w:hanging="369"/>
      </w:pPr>
      <w:r>
        <w:t>1.</w:t>
      </w:r>
      <w:r>
        <w:tab/>
        <w:t>Aleksandr Lazko „Team Lithuania“, Lietuva</w:t>
      </w:r>
    </w:p>
    <w:p w14:paraId="6055BD98" w14:textId="77777777" w:rsidR="00941720" w:rsidRDefault="00000000">
      <w:pPr>
        <w:keepLines/>
        <w:tabs>
          <w:tab w:val="left" w:pos="369"/>
        </w:tabs>
        <w:spacing w:after="40"/>
        <w:ind w:left="369" w:hanging="369"/>
      </w:pPr>
      <w:r>
        <w:t>2.</w:t>
      </w:r>
      <w:r>
        <w:tab/>
        <w:t>Džiugas Kriskus „Suncity_MMA“, Lietuva</w:t>
      </w:r>
    </w:p>
    <w:p w14:paraId="54574A48" w14:textId="77777777" w:rsidR="00941720" w:rsidRDefault="00000000">
      <w:pPr>
        <w:pStyle w:val="Heading2"/>
      </w:pPr>
      <w:r>
        <w:lastRenderedPageBreak/>
        <w:t>U-18 | YOUTH A | BOYS | MMA / UNDER 18 / -56,7 KG</w:t>
      </w:r>
    </w:p>
    <w:p w14:paraId="33C992BC" w14:textId="77777777" w:rsidR="00941720" w:rsidRDefault="00000000">
      <w:pPr>
        <w:keepNext/>
        <w:keepLines/>
        <w:tabs>
          <w:tab w:val="left" w:pos="369"/>
        </w:tabs>
        <w:spacing w:after="40"/>
        <w:ind w:left="369" w:hanging="369"/>
      </w:pPr>
      <w:r>
        <w:t>1.</w:t>
      </w:r>
      <w:r>
        <w:tab/>
        <w:t>Kipras Beliajevas „MMA Pantera“, Lietuva</w:t>
      </w:r>
    </w:p>
    <w:p w14:paraId="570F0352" w14:textId="77777777" w:rsidR="00941720" w:rsidRDefault="00000000">
      <w:pPr>
        <w:keepNext/>
        <w:keepLines/>
        <w:tabs>
          <w:tab w:val="left" w:pos="369"/>
        </w:tabs>
        <w:spacing w:after="40"/>
        <w:ind w:left="369" w:hanging="369"/>
      </w:pPr>
      <w:r>
        <w:t>2.</w:t>
      </w:r>
      <w:r>
        <w:tab/>
        <w:t>Neilas Petrikis „Suncity_MMA“, Lietuva</w:t>
      </w:r>
    </w:p>
    <w:p w14:paraId="75FF5680" w14:textId="77777777" w:rsidR="00941720" w:rsidRDefault="00000000">
      <w:pPr>
        <w:keepNext/>
        <w:keepLines/>
        <w:tabs>
          <w:tab w:val="left" w:pos="369"/>
        </w:tabs>
        <w:spacing w:after="40"/>
        <w:ind w:left="369" w:hanging="369"/>
      </w:pPr>
      <w:r>
        <w:t>3.</w:t>
      </w:r>
      <w:r>
        <w:tab/>
        <w:t>Timur Zhuraev „Lutador Klaipėda“, Lietuva</w:t>
      </w:r>
    </w:p>
    <w:p w14:paraId="5FA6540D" w14:textId="77777777" w:rsidR="00941720" w:rsidRDefault="00000000">
      <w:pPr>
        <w:keepLines/>
        <w:tabs>
          <w:tab w:val="left" w:pos="369"/>
        </w:tabs>
        <w:spacing w:after="40"/>
        <w:ind w:left="369" w:hanging="369"/>
      </w:pPr>
      <w:r>
        <w:t>4.</w:t>
      </w:r>
      <w:r>
        <w:tab/>
        <w:t>Kasparas Labanauskas „Team Lion MMA“, Lietuva</w:t>
      </w:r>
    </w:p>
    <w:p w14:paraId="0AF3519D" w14:textId="77777777" w:rsidR="00941720" w:rsidRDefault="00000000">
      <w:pPr>
        <w:pStyle w:val="Heading2"/>
      </w:pPr>
      <w:r>
        <w:t>U-18 | YOUTH A | BOYS | MMA / UNDER 18 / -61,2 KG</w:t>
      </w:r>
    </w:p>
    <w:p w14:paraId="338EB42D" w14:textId="77777777" w:rsidR="00941720" w:rsidRDefault="00000000">
      <w:pPr>
        <w:keepNext/>
        <w:keepLines/>
        <w:tabs>
          <w:tab w:val="left" w:pos="369"/>
        </w:tabs>
        <w:spacing w:after="40"/>
        <w:ind w:left="369" w:hanging="369"/>
      </w:pPr>
      <w:r>
        <w:t>1.</w:t>
      </w:r>
      <w:r>
        <w:tab/>
        <w:t>Deimantas Mažrimas „Team Lion MMA“, Lietuva</w:t>
      </w:r>
    </w:p>
    <w:p w14:paraId="04A2E869" w14:textId="77777777" w:rsidR="00941720" w:rsidRDefault="00000000">
      <w:pPr>
        <w:keepLines/>
        <w:tabs>
          <w:tab w:val="left" w:pos="369"/>
        </w:tabs>
        <w:spacing w:after="40"/>
        <w:ind w:left="369" w:hanging="369"/>
      </w:pPr>
      <w:r>
        <w:t>—</w:t>
      </w:r>
      <w:r>
        <w:tab/>
        <w:t>Žygimantas Karužna „Suncity_MMA“, Lietuva (vieta nepaskelbta)</w:t>
      </w:r>
    </w:p>
    <w:p w14:paraId="78BAB140" w14:textId="77777777" w:rsidR="00941720" w:rsidRDefault="00000000">
      <w:pPr>
        <w:pStyle w:val="Heading2"/>
      </w:pPr>
      <w:r>
        <w:t>U-18 | YOUTH A | BOYS | MMA / UNDER 18 / -65,8 KG</w:t>
      </w:r>
    </w:p>
    <w:p w14:paraId="2D2ECB6E" w14:textId="77777777" w:rsidR="00941720" w:rsidRDefault="00000000">
      <w:pPr>
        <w:keepNext/>
        <w:keepLines/>
        <w:tabs>
          <w:tab w:val="left" w:pos="369"/>
        </w:tabs>
        <w:spacing w:after="40"/>
        <w:ind w:left="369" w:hanging="369"/>
      </w:pPr>
      <w:r>
        <w:t>1.</w:t>
      </w:r>
      <w:r>
        <w:tab/>
        <w:t>Cassiano Alves „Vale Tudo MMA Akademija Lazdynai“, Brazilija</w:t>
      </w:r>
    </w:p>
    <w:p w14:paraId="773EF314" w14:textId="77777777" w:rsidR="00941720" w:rsidRDefault="00000000">
      <w:pPr>
        <w:keepNext/>
        <w:keepLines/>
        <w:tabs>
          <w:tab w:val="left" w:pos="369"/>
        </w:tabs>
        <w:spacing w:after="40"/>
        <w:ind w:left="369" w:hanging="369"/>
      </w:pPr>
      <w:r>
        <w:t>2.</w:t>
      </w:r>
      <w:r>
        <w:tab/>
        <w:t>Stanislav Cherepnia „MMA Pantera“, Lietuva</w:t>
      </w:r>
    </w:p>
    <w:p w14:paraId="45004857" w14:textId="77777777" w:rsidR="00941720" w:rsidRDefault="00000000">
      <w:pPr>
        <w:keepNext/>
        <w:keepLines/>
        <w:tabs>
          <w:tab w:val="left" w:pos="369"/>
        </w:tabs>
        <w:spacing w:after="40"/>
        <w:ind w:left="369" w:hanging="369"/>
      </w:pPr>
      <w:r>
        <w:t>3.</w:t>
      </w:r>
      <w:r>
        <w:tab/>
        <w:t>Danielius Šeškevičius „Team Lion MMA“, Lietuva</w:t>
      </w:r>
    </w:p>
    <w:p w14:paraId="36E41809" w14:textId="77777777" w:rsidR="00941720" w:rsidRDefault="00000000">
      <w:pPr>
        <w:keepNext/>
        <w:keepLines/>
        <w:tabs>
          <w:tab w:val="left" w:pos="369"/>
        </w:tabs>
        <w:spacing w:after="40"/>
        <w:ind w:left="369" w:hanging="369"/>
      </w:pPr>
      <w:r>
        <w:t>4.</w:t>
      </w:r>
      <w:r>
        <w:tab/>
        <w:t>Kevinas Šimkevičius „Suncity_MMA“, Lietuva</w:t>
      </w:r>
    </w:p>
    <w:p w14:paraId="677AD05B" w14:textId="77777777" w:rsidR="00941720" w:rsidRDefault="00000000">
      <w:pPr>
        <w:keepNext/>
        <w:keepLines/>
        <w:tabs>
          <w:tab w:val="left" w:pos="369"/>
        </w:tabs>
        <w:spacing w:after="40"/>
        <w:ind w:left="369" w:hanging="369"/>
      </w:pPr>
      <w:r>
        <w:t>5.</w:t>
      </w:r>
      <w:r>
        <w:tab/>
        <w:t>Maksym Bykanov „Roger Gracie Academy HQ London - Roger Gracie“, Lietuva</w:t>
      </w:r>
    </w:p>
    <w:p w14:paraId="6D983103" w14:textId="77777777" w:rsidR="00941720" w:rsidRDefault="00000000">
      <w:pPr>
        <w:keepNext/>
        <w:keepLines/>
        <w:tabs>
          <w:tab w:val="left" w:pos="369"/>
        </w:tabs>
        <w:spacing w:after="40"/>
        <w:ind w:left="369" w:hanging="369"/>
      </w:pPr>
      <w:r>
        <w:t>5.</w:t>
      </w:r>
      <w:r>
        <w:tab/>
        <w:t>Dovydas Nicys „Nextlevel Mažeikiai“, Lietuva</w:t>
      </w:r>
    </w:p>
    <w:p w14:paraId="029D26E5" w14:textId="77777777" w:rsidR="00941720" w:rsidRDefault="00000000">
      <w:pPr>
        <w:keepLines/>
        <w:tabs>
          <w:tab w:val="left" w:pos="369"/>
        </w:tabs>
        <w:spacing w:after="40"/>
        <w:ind w:left="369" w:hanging="369"/>
      </w:pPr>
      <w:r>
        <w:t>5.</w:t>
      </w:r>
      <w:r>
        <w:tab/>
        <w:t>Povilas Martyncevas „Fighter House“, Lietuva</w:t>
      </w:r>
    </w:p>
    <w:p w14:paraId="61E9DAC2" w14:textId="77777777" w:rsidR="00941720" w:rsidRDefault="00000000">
      <w:pPr>
        <w:pStyle w:val="Heading2"/>
      </w:pPr>
      <w:r>
        <w:t>U-18 | YOUTH A | BOYS | MMA / UNDER 18 / -70,3 KG</w:t>
      </w:r>
    </w:p>
    <w:p w14:paraId="637A2DD4" w14:textId="77777777" w:rsidR="00941720" w:rsidRDefault="00000000">
      <w:pPr>
        <w:keepNext/>
        <w:keepLines/>
        <w:tabs>
          <w:tab w:val="left" w:pos="369"/>
        </w:tabs>
        <w:spacing w:after="40"/>
        <w:ind w:left="369" w:hanging="369"/>
      </w:pPr>
      <w:r>
        <w:t>1.</w:t>
      </w:r>
      <w:r>
        <w:tab/>
        <w:t>Neilas Lenkauskas „Team Lion MMA“, Lietuva</w:t>
      </w:r>
    </w:p>
    <w:p w14:paraId="613CF754" w14:textId="77777777" w:rsidR="00941720" w:rsidRDefault="00000000">
      <w:pPr>
        <w:keepNext/>
        <w:keepLines/>
        <w:tabs>
          <w:tab w:val="left" w:pos="369"/>
        </w:tabs>
        <w:spacing w:after="40"/>
        <w:ind w:left="369" w:hanging="369"/>
      </w:pPr>
      <w:r>
        <w:t>2.</w:t>
      </w:r>
      <w:r>
        <w:tab/>
        <w:t>Oskar Kozuchovskis „Vale Tudo MMA Akademija Lazdynai“, Lietuva</w:t>
      </w:r>
    </w:p>
    <w:p w14:paraId="7AE93F22" w14:textId="77777777" w:rsidR="00941720" w:rsidRDefault="00000000">
      <w:pPr>
        <w:keepNext/>
        <w:keepLines/>
        <w:tabs>
          <w:tab w:val="left" w:pos="369"/>
        </w:tabs>
        <w:spacing w:after="40"/>
        <w:ind w:left="369" w:hanging="369"/>
      </w:pPr>
      <w:r>
        <w:t>3.</w:t>
      </w:r>
      <w:r>
        <w:tab/>
        <w:t>Rojus Leonas Bieliauskas „Lutador Klaipėda“, Lietuva</w:t>
      </w:r>
    </w:p>
    <w:p w14:paraId="6127F196" w14:textId="77777777" w:rsidR="00941720" w:rsidRDefault="00000000">
      <w:pPr>
        <w:keepNext/>
        <w:keepLines/>
        <w:tabs>
          <w:tab w:val="left" w:pos="369"/>
        </w:tabs>
        <w:spacing w:after="40"/>
        <w:ind w:left="369" w:hanging="369"/>
      </w:pPr>
      <w:r>
        <w:t>5.</w:t>
      </w:r>
      <w:r>
        <w:tab/>
        <w:t>Vakaris Liubinas „Vale Tudo MMA Akademija Lazdynai“, Lietuva</w:t>
      </w:r>
    </w:p>
    <w:p w14:paraId="546BF975" w14:textId="77777777" w:rsidR="00941720" w:rsidRDefault="00000000">
      <w:pPr>
        <w:keepLines/>
        <w:tabs>
          <w:tab w:val="left" w:pos="369"/>
        </w:tabs>
        <w:spacing w:after="40"/>
        <w:ind w:left="369" w:hanging="369"/>
      </w:pPr>
      <w:r>
        <w:t>—</w:t>
      </w:r>
      <w:r>
        <w:tab/>
        <w:t>Wlad Sabolevskyi „Suncity_MMA“, Lietuva (vieta nepaskelbta)</w:t>
      </w:r>
    </w:p>
    <w:p w14:paraId="4D4DE1E8" w14:textId="77777777" w:rsidR="00941720" w:rsidRDefault="00000000">
      <w:pPr>
        <w:pStyle w:val="Heading2"/>
      </w:pPr>
      <w:r>
        <w:t>U-18 | YOUTH A | BOYS | MMA / UNDER 18 / -74,8 KG</w:t>
      </w:r>
    </w:p>
    <w:p w14:paraId="3FE06A68" w14:textId="77777777" w:rsidR="00941720" w:rsidRDefault="00000000">
      <w:pPr>
        <w:keepNext/>
        <w:keepLines/>
        <w:tabs>
          <w:tab w:val="left" w:pos="369"/>
        </w:tabs>
        <w:spacing w:after="40"/>
        <w:ind w:left="369" w:hanging="369"/>
      </w:pPr>
      <w:r>
        <w:t>1.</w:t>
      </w:r>
      <w:r>
        <w:tab/>
        <w:t>Vincentas Vasiliauskas „MMA Pantera“, Lietuva</w:t>
      </w:r>
    </w:p>
    <w:p w14:paraId="1F5EEB8E" w14:textId="77777777" w:rsidR="00941720" w:rsidRDefault="00000000">
      <w:pPr>
        <w:keepLines/>
        <w:tabs>
          <w:tab w:val="left" w:pos="369"/>
        </w:tabs>
        <w:spacing w:after="40"/>
        <w:ind w:left="369" w:hanging="369"/>
      </w:pPr>
      <w:r>
        <w:t>2.</w:t>
      </w:r>
      <w:r>
        <w:tab/>
        <w:t>Justas Kuzavas „Vale Tudo MMA Akademija Lazdynai“, Lietuva</w:t>
      </w:r>
    </w:p>
    <w:p w14:paraId="177F5CE9" w14:textId="77777777" w:rsidR="00941720" w:rsidRDefault="00000000">
      <w:pPr>
        <w:pStyle w:val="Heading2"/>
      </w:pPr>
      <w:r>
        <w:t>U-18 | YOUTH A | BOYS | MMA / UNDER 18 / -79,4 KG</w:t>
      </w:r>
    </w:p>
    <w:p w14:paraId="0C1C2493" w14:textId="77777777" w:rsidR="00941720" w:rsidRDefault="00000000">
      <w:pPr>
        <w:keepNext/>
        <w:keepLines/>
        <w:tabs>
          <w:tab w:val="left" w:pos="369"/>
        </w:tabs>
        <w:spacing w:after="40"/>
        <w:ind w:left="369" w:hanging="369"/>
      </w:pPr>
      <w:r>
        <w:t>1.</w:t>
      </w:r>
      <w:r>
        <w:tab/>
        <w:t>Janas Paknys „Rings kovinio sporto klubas“, Lietuva</w:t>
      </w:r>
    </w:p>
    <w:p w14:paraId="2EB3CB48" w14:textId="77777777" w:rsidR="00941720" w:rsidRDefault="00000000">
      <w:pPr>
        <w:keepNext/>
        <w:keepLines/>
        <w:tabs>
          <w:tab w:val="left" w:pos="369"/>
        </w:tabs>
        <w:spacing w:after="40"/>
        <w:ind w:left="369" w:hanging="369"/>
      </w:pPr>
      <w:r>
        <w:t>2.</w:t>
      </w:r>
      <w:r>
        <w:tab/>
        <w:t>Justas Daugėla „Suncity_MMA“, Lietuva</w:t>
      </w:r>
    </w:p>
    <w:p w14:paraId="428A659E" w14:textId="77777777" w:rsidR="00941720" w:rsidRDefault="00000000">
      <w:pPr>
        <w:keepNext/>
        <w:keepLines/>
        <w:tabs>
          <w:tab w:val="left" w:pos="369"/>
        </w:tabs>
        <w:spacing w:after="40"/>
        <w:ind w:left="369" w:hanging="369"/>
      </w:pPr>
      <w:r>
        <w:t>3.</w:t>
      </w:r>
      <w:r>
        <w:tab/>
        <w:t>Aras Chodulinas „Team Lion MMA“, Lietuva</w:t>
      </w:r>
    </w:p>
    <w:p w14:paraId="52693DC8" w14:textId="77777777" w:rsidR="00941720" w:rsidRDefault="00000000">
      <w:pPr>
        <w:keepNext/>
        <w:keepLines/>
        <w:tabs>
          <w:tab w:val="left" w:pos="369"/>
        </w:tabs>
        <w:spacing w:after="40"/>
        <w:ind w:left="369" w:hanging="369"/>
      </w:pPr>
      <w:r>
        <w:t>4.</w:t>
      </w:r>
      <w:r>
        <w:tab/>
        <w:t>Arnas Kažuro „Valetudo akademija“, Lietuva</w:t>
      </w:r>
    </w:p>
    <w:p w14:paraId="2A740443" w14:textId="77777777" w:rsidR="00941720" w:rsidRDefault="00000000">
      <w:pPr>
        <w:keepNext/>
        <w:keepLines/>
        <w:tabs>
          <w:tab w:val="left" w:pos="369"/>
        </w:tabs>
        <w:spacing w:after="40"/>
        <w:ind w:left="369" w:hanging="369"/>
      </w:pPr>
      <w:r>
        <w:t>5.</w:t>
      </w:r>
      <w:r>
        <w:tab/>
        <w:t>Kipras Sipavičius „MMA Pantera“, Lietuva</w:t>
      </w:r>
    </w:p>
    <w:p w14:paraId="3FD459AE" w14:textId="77777777" w:rsidR="00941720" w:rsidRDefault="00000000">
      <w:pPr>
        <w:keepLines/>
        <w:tabs>
          <w:tab w:val="left" w:pos="369"/>
        </w:tabs>
        <w:spacing w:after="40"/>
        <w:ind w:left="369" w:hanging="369"/>
      </w:pPr>
      <w:r>
        <w:t>5.</w:t>
      </w:r>
      <w:r>
        <w:tab/>
        <w:t>Ignas Kveselys „MMA Pantera“, Lietuva</w:t>
      </w:r>
    </w:p>
    <w:p w14:paraId="50812BCC" w14:textId="77777777" w:rsidR="00941720" w:rsidRDefault="00000000">
      <w:pPr>
        <w:pStyle w:val="Heading2"/>
      </w:pPr>
      <w:r>
        <w:t>U-21 | JUNIORS | MEN | MMA / UNDER 21 / -65,8 KG</w:t>
      </w:r>
    </w:p>
    <w:p w14:paraId="067A04CF" w14:textId="77777777" w:rsidR="00941720" w:rsidRDefault="00000000">
      <w:pPr>
        <w:keepNext/>
        <w:keepLines/>
        <w:tabs>
          <w:tab w:val="left" w:pos="369"/>
        </w:tabs>
        <w:spacing w:after="40"/>
        <w:ind w:left="369" w:hanging="369"/>
      </w:pPr>
      <w:r>
        <w:t>1.</w:t>
      </w:r>
      <w:r>
        <w:tab/>
        <w:t>Nikita Rapalis „Lutador Klaipėda“, Lietuva</w:t>
      </w:r>
    </w:p>
    <w:p w14:paraId="1217288F" w14:textId="77777777" w:rsidR="00941720" w:rsidRDefault="00000000">
      <w:pPr>
        <w:keepLines/>
        <w:tabs>
          <w:tab w:val="left" w:pos="369"/>
        </w:tabs>
        <w:spacing w:after="40"/>
        <w:ind w:left="369" w:hanging="369"/>
      </w:pPr>
      <w:r>
        <w:t>2.</w:t>
      </w:r>
      <w:r>
        <w:tab/>
        <w:t>Samir Kurmilevič „Lutador Klaipėda“, Lietuva</w:t>
      </w:r>
    </w:p>
    <w:p w14:paraId="1D7BA1A3" w14:textId="77777777" w:rsidR="00941720" w:rsidRDefault="00000000">
      <w:pPr>
        <w:pStyle w:val="Heading2"/>
      </w:pPr>
      <w:r>
        <w:t>U-21 | JUNIORS | MEN | MMA / UNDER 21 / -70,3 KG</w:t>
      </w:r>
    </w:p>
    <w:p w14:paraId="2AF499B9" w14:textId="77777777" w:rsidR="00941720" w:rsidRDefault="00000000">
      <w:pPr>
        <w:keepNext/>
        <w:keepLines/>
        <w:tabs>
          <w:tab w:val="left" w:pos="369"/>
        </w:tabs>
        <w:spacing w:after="40"/>
        <w:ind w:left="369" w:hanging="369"/>
      </w:pPr>
      <w:r>
        <w:t>1.</w:t>
      </w:r>
      <w:r>
        <w:tab/>
        <w:t>Ronald Stefanovič „Rings kovinio sporto klubas“, Lietuva</w:t>
      </w:r>
    </w:p>
    <w:p w14:paraId="04BA07D5" w14:textId="77777777" w:rsidR="00941720" w:rsidRDefault="00000000">
      <w:pPr>
        <w:keepNext/>
        <w:keepLines/>
        <w:tabs>
          <w:tab w:val="left" w:pos="369"/>
        </w:tabs>
        <w:spacing w:after="40"/>
        <w:ind w:left="369" w:hanging="369"/>
      </w:pPr>
      <w:r>
        <w:t>2.</w:t>
      </w:r>
      <w:r>
        <w:tab/>
        <w:t>Orestas Ziminas, Lietuva</w:t>
      </w:r>
    </w:p>
    <w:p w14:paraId="6FCB1DA4" w14:textId="77777777" w:rsidR="00941720" w:rsidRDefault="00000000">
      <w:pPr>
        <w:keepLines/>
        <w:tabs>
          <w:tab w:val="left" w:pos="369"/>
        </w:tabs>
        <w:spacing w:after="40"/>
        <w:ind w:left="369" w:hanging="369"/>
      </w:pPr>
      <w:r>
        <w:t>3.</w:t>
      </w:r>
      <w:r>
        <w:tab/>
        <w:t>Arnas Riškus „Team Lion MMA“, Lietuva</w:t>
      </w:r>
    </w:p>
    <w:p w14:paraId="5E3CFD4F" w14:textId="77777777" w:rsidR="00941720" w:rsidRDefault="00000000">
      <w:pPr>
        <w:pStyle w:val="Heading2"/>
      </w:pPr>
      <w:r>
        <w:lastRenderedPageBreak/>
        <w:t>U-21 | JUNIORS | MEN | MMA / UNDER 21 / -79,4 KG</w:t>
      </w:r>
    </w:p>
    <w:p w14:paraId="64CEACB8" w14:textId="77777777" w:rsidR="00941720" w:rsidRDefault="00000000">
      <w:pPr>
        <w:keepNext/>
        <w:keepLines/>
        <w:tabs>
          <w:tab w:val="left" w:pos="369"/>
        </w:tabs>
        <w:spacing w:after="40"/>
        <w:ind w:left="369" w:hanging="369"/>
      </w:pPr>
      <w:r>
        <w:t>1.</w:t>
      </w:r>
      <w:r>
        <w:tab/>
        <w:t>Arnas Kavaliauskas „Fighter House“, Lietuva</w:t>
      </w:r>
    </w:p>
    <w:p w14:paraId="67C4F3B2" w14:textId="77777777" w:rsidR="00941720" w:rsidRDefault="00000000">
      <w:pPr>
        <w:keepNext/>
        <w:keepLines/>
        <w:tabs>
          <w:tab w:val="left" w:pos="369"/>
        </w:tabs>
        <w:spacing w:after="40"/>
        <w:ind w:left="369" w:hanging="369"/>
      </w:pPr>
      <w:r>
        <w:t>2.</w:t>
      </w:r>
      <w:r>
        <w:tab/>
        <w:t>Laurynas Eidėjus „Lutador Klaipėda“, Lietuva</w:t>
      </w:r>
    </w:p>
    <w:p w14:paraId="09C5E03D" w14:textId="77777777" w:rsidR="00941720" w:rsidRDefault="00000000">
      <w:pPr>
        <w:keepNext/>
        <w:keepLines/>
        <w:tabs>
          <w:tab w:val="left" w:pos="369"/>
        </w:tabs>
        <w:spacing w:after="40"/>
        <w:ind w:left="369" w:hanging="369"/>
      </w:pPr>
      <w:r>
        <w:t>3.</w:t>
      </w:r>
      <w:r>
        <w:tab/>
        <w:t>Gvidas Tamutis „Suncity_MMA“, Lietuva</w:t>
      </w:r>
    </w:p>
    <w:p w14:paraId="07383F35" w14:textId="77777777" w:rsidR="00941720" w:rsidRDefault="00000000">
      <w:pPr>
        <w:keepLines/>
        <w:tabs>
          <w:tab w:val="left" w:pos="369"/>
        </w:tabs>
        <w:spacing w:after="40"/>
        <w:ind w:left="369" w:hanging="369"/>
      </w:pPr>
      <w:r>
        <w:t>4.</w:t>
      </w:r>
      <w:r>
        <w:tab/>
        <w:t>Mantas Jankauskas „MMA Pantera“, Lietuva</w:t>
      </w:r>
    </w:p>
    <w:p w14:paraId="13DD8CD4" w14:textId="77777777" w:rsidR="00941720" w:rsidRDefault="00000000">
      <w:pPr>
        <w:pStyle w:val="Heading2"/>
      </w:pPr>
      <w:r>
        <w:t>ADULTS | SENIORS | MEN | MMA / ADULTS / -93 KG</w:t>
      </w:r>
    </w:p>
    <w:p w14:paraId="357059D0" w14:textId="77777777" w:rsidR="00941720" w:rsidRDefault="00000000">
      <w:pPr>
        <w:keepNext/>
        <w:keepLines/>
        <w:tabs>
          <w:tab w:val="left" w:pos="369"/>
        </w:tabs>
        <w:spacing w:after="40"/>
        <w:ind w:left="369" w:hanging="369"/>
      </w:pPr>
      <w:r>
        <w:t>1.</w:t>
      </w:r>
      <w:r>
        <w:tab/>
        <w:t>Renatas Čaikovskis „Rings kovinio sporto klubas“, Lietuva</w:t>
      </w:r>
    </w:p>
    <w:p w14:paraId="32324E44" w14:textId="77777777" w:rsidR="00941720" w:rsidRDefault="00000000">
      <w:pPr>
        <w:keepNext/>
        <w:keepLines/>
        <w:tabs>
          <w:tab w:val="left" w:pos="369"/>
        </w:tabs>
        <w:spacing w:after="40"/>
        <w:ind w:left="369" w:hanging="369"/>
      </w:pPr>
      <w:r>
        <w:t>2.</w:t>
      </w:r>
      <w:r>
        <w:tab/>
        <w:t>Nojus Perminas „Rings kovinio sporto klubas“, Lietuva</w:t>
      </w:r>
    </w:p>
    <w:p w14:paraId="4EF1480A" w14:textId="77777777" w:rsidR="00941720" w:rsidRDefault="00000000">
      <w:pPr>
        <w:keepLines/>
        <w:tabs>
          <w:tab w:val="left" w:pos="369"/>
        </w:tabs>
        <w:spacing w:after="40"/>
        <w:ind w:left="369" w:hanging="369"/>
      </w:pPr>
      <w:r>
        <w:t>3.</w:t>
      </w:r>
      <w:r>
        <w:tab/>
        <w:t>Dovydas Talubinskas „Fighter House“, Lietuva</w:t>
      </w:r>
    </w:p>
    <w:p w14:paraId="19659076" w14:textId="77777777" w:rsidR="00941720" w:rsidRDefault="00000000">
      <w:pPr>
        <w:pStyle w:val="Heading2"/>
      </w:pPr>
      <w:r>
        <w:t>ADULTS | SENIORS | MEN | MMA / ADULTS / -97 KG</w:t>
      </w:r>
    </w:p>
    <w:p w14:paraId="6863B6C3" w14:textId="77777777" w:rsidR="00941720" w:rsidRDefault="00000000">
      <w:pPr>
        <w:keepLines/>
        <w:tabs>
          <w:tab w:val="left" w:pos="369"/>
        </w:tabs>
        <w:spacing w:after="40"/>
        <w:ind w:left="369" w:hanging="369"/>
      </w:pPr>
      <w:r>
        <w:t>—</w:t>
      </w:r>
      <w:r>
        <w:tab/>
        <w:t>Dovydas Šidlauskas „Nextlevel Mažeikiai“, Lietuva (vieta nepaskelbta)</w:t>
      </w:r>
    </w:p>
    <w:p w14:paraId="54674402" w14:textId="77777777" w:rsidR="00941720" w:rsidRDefault="00000000">
      <w:r>
        <w:br w:type="page"/>
      </w:r>
    </w:p>
    <w:p w14:paraId="18A8F385" w14:textId="77777777" w:rsidR="00941720" w:rsidRDefault="00000000">
      <w:pPr>
        <w:pStyle w:val="Heading1"/>
        <w:spacing w:before="460"/>
      </w:pPr>
      <w:r>
        <w:lastRenderedPageBreak/>
        <w:t>K-1 DISCIPLINA</w:t>
      </w:r>
    </w:p>
    <w:p w14:paraId="2492F349" w14:textId="77777777" w:rsidR="00941720" w:rsidRDefault="00000000">
      <w:pPr>
        <w:pStyle w:val="Heading2"/>
      </w:pPr>
      <w:r>
        <w:t>U-12 | YOUTH D | BOYS | K-1 / UNDER 12 / -40 KG</w:t>
      </w:r>
    </w:p>
    <w:p w14:paraId="348BF350" w14:textId="77777777" w:rsidR="00941720" w:rsidRDefault="00000000">
      <w:pPr>
        <w:keepNext/>
        <w:keepLines/>
        <w:tabs>
          <w:tab w:val="left" w:pos="369"/>
        </w:tabs>
        <w:spacing w:after="40"/>
        <w:ind w:left="369" w:hanging="369"/>
      </w:pPr>
      <w:r>
        <w:t>1.</w:t>
      </w:r>
      <w:r>
        <w:tab/>
        <w:t>Armandas Erlickis „Nextlevel Mažeikiai“, Lietuva</w:t>
      </w:r>
    </w:p>
    <w:p w14:paraId="78021BF3" w14:textId="77777777" w:rsidR="00941720" w:rsidRDefault="00000000">
      <w:pPr>
        <w:keepLines/>
        <w:tabs>
          <w:tab w:val="left" w:pos="369"/>
        </w:tabs>
        <w:spacing w:after="40"/>
        <w:ind w:left="369" w:hanging="369"/>
      </w:pPr>
      <w:r>
        <w:t>2.</w:t>
      </w:r>
      <w:r>
        <w:tab/>
        <w:t>Herkus Savickas „Suncity_MMA“, Lietuva</w:t>
      </w:r>
    </w:p>
    <w:p w14:paraId="03F73BF5" w14:textId="77777777" w:rsidR="00941720" w:rsidRDefault="00000000">
      <w:pPr>
        <w:pStyle w:val="Heading2"/>
      </w:pPr>
      <w:r>
        <w:t>U-14 | YOUTH C | BOYS | K-1 / UNDER 14 / -40 KG</w:t>
      </w:r>
    </w:p>
    <w:p w14:paraId="3EC3D117" w14:textId="77777777" w:rsidR="00941720" w:rsidRDefault="00000000">
      <w:pPr>
        <w:keepNext/>
        <w:keepLines/>
        <w:tabs>
          <w:tab w:val="left" w:pos="369"/>
        </w:tabs>
        <w:spacing w:after="40"/>
        <w:ind w:left="369" w:hanging="369"/>
      </w:pPr>
      <w:r>
        <w:t>1.</w:t>
      </w:r>
      <w:r>
        <w:tab/>
        <w:t>Eldaras Beganskas „Valetudo akademija“, Lietuva</w:t>
      </w:r>
    </w:p>
    <w:p w14:paraId="793923D6" w14:textId="77777777" w:rsidR="00941720" w:rsidRDefault="00000000">
      <w:pPr>
        <w:keepLines/>
        <w:tabs>
          <w:tab w:val="left" w:pos="369"/>
        </w:tabs>
        <w:spacing w:after="40"/>
        <w:ind w:left="369" w:hanging="369"/>
      </w:pPr>
      <w:r>
        <w:t>2.</w:t>
      </w:r>
      <w:r>
        <w:tab/>
        <w:t>Ignas Kazlauskas „Nextlevel Mažeikiai“, Lietuva</w:t>
      </w:r>
    </w:p>
    <w:p w14:paraId="2020C9B2" w14:textId="77777777" w:rsidR="00941720" w:rsidRDefault="00000000">
      <w:pPr>
        <w:pStyle w:val="Heading2"/>
      </w:pPr>
      <w:r>
        <w:t>U-14 | YOUTH C | BOYS | K-1 / UNDER 14 / -44 KG</w:t>
      </w:r>
    </w:p>
    <w:p w14:paraId="24E67C5F" w14:textId="77777777" w:rsidR="00941720" w:rsidRDefault="00000000">
      <w:pPr>
        <w:keepNext/>
        <w:keepLines/>
        <w:tabs>
          <w:tab w:val="left" w:pos="369"/>
        </w:tabs>
        <w:spacing w:after="40"/>
        <w:ind w:left="369" w:hanging="369"/>
      </w:pPr>
      <w:r>
        <w:t>1.</w:t>
      </w:r>
      <w:r>
        <w:tab/>
        <w:t>Justas Stičkobaras „Suncity_MMA“, Lietuva</w:t>
      </w:r>
    </w:p>
    <w:p w14:paraId="393DFFA9" w14:textId="77777777" w:rsidR="00941720" w:rsidRDefault="00000000">
      <w:pPr>
        <w:keepNext/>
        <w:keepLines/>
        <w:tabs>
          <w:tab w:val="left" w:pos="369"/>
        </w:tabs>
        <w:spacing w:after="40"/>
        <w:ind w:left="369" w:hanging="369"/>
      </w:pPr>
      <w:r>
        <w:t>2.</w:t>
      </w:r>
      <w:r>
        <w:tab/>
        <w:t>Aironas Pocius „Nextlevel Mažeikiai“, Lietuva</w:t>
      </w:r>
    </w:p>
    <w:p w14:paraId="1A85C43F" w14:textId="77777777" w:rsidR="00941720" w:rsidRDefault="00000000">
      <w:pPr>
        <w:keepLines/>
        <w:tabs>
          <w:tab w:val="left" w:pos="369"/>
        </w:tabs>
        <w:spacing w:after="40"/>
        <w:ind w:left="369" w:hanging="369"/>
      </w:pPr>
      <w:r>
        <w:t>3.</w:t>
      </w:r>
      <w:r>
        <w:tab/>
        <w:t>Kyrylas Kyrylas „Nextlevel Mažeikiai“, Lietuva</w:t>
      </w:r>
    </w:p>
    <w:p w14:paraId="18C6742A" w14:textId="77777777" w:rsidR="00941720" w:rsidRDefault="00000000">
      <w:pPr>
        <w:pStyle w:val="Heading2"/>
      </w:pPr>
      <w:r>
        <w:t>U-14 | YOUTH C | BOYS | K-1 / UNDER 14 / -57 KG</w:t>
      </w:r>
    </w:p>
    <w:p w14:paraId="1063297B" w14:textId="77777777" w:rsidR="00941720" w:rsidRDefault="00000000">
      <w:pPr>
        <w:keepNext/>
        <w:keepLines/>
        <w:tabs>
          <w:tab w:val="left" w:pos="369"/>
        </w:tabs>
        <w:spacing w:after="40"/>
        <w:ind w:left="369" w:hanging="369"/>
      </w:pPr>
      <w:r>
        <w:t>1.</w:t>
      </w:r>
      <w:r>
        <w:tab/>
        <w:t>Joris Lugauskas „Sporto klubas FAITERIS“, Lietuva</w:t>
      </w:r>
    </w:p>
    <w:p w14:paraId="473B0C54" w14:textId="77777777" w:rsidR="00941720" w:rsidRDefault="00000000">
      <w:pPr>
        <w:keepNext/>
        <w:keepLines/>
        <w:tabs>
          <w:tab w:val="left" w:pos="369"/>
        </w:tabs>
        <w:spacing w:after="40"/>
        <w:ind w:left="369" w:hanging="369"/>
      </w:pPr>
      <w:r>
        <w:t>2.</w:t>
      </w:r>
      <w:r>
        <w:tab/>
        <w:t>Dajus Jurevičius „Nextlevel Mažeikiai“, Lietuva</w:t>
      </w:r>
    </w:p>
    <w:p w14:paraId="3F54D8A5" w14:textId="77777777" w:rsidR="00941720" w:rsidRDefault="00000000">
      <w:pPr>
        <w:keepLines/>
        <w:tabs>
          <w:tab w:val="left" w:pos="369"/>
        </w:tabs>
        <w:spacing w:after="40"/>
        <w:ind w:left="369" w:hanging="369"/>
      </w:pPr>
      <w:r>
        <w:t>3.</w:t>
      </w:r>
      <w:r>
        <w:tab/>
        <w:t>Laurynas Smulkys „Kiulis Gym“, Lietuva</w:t>
      </w:r>
    </w:p>
    <w:p w14:paraId="3507FB86" w14:textId="77777777" w:rsidR="00941720" w:rsidRDefault="00000000">
      <w:pPr>
        <w:pStyle w:val="Heading2"/>
      </w:pPr>
      <w:r>
        <w:t>U-16 | YOUTH B | BOYS | K-1 / UNDER 16 / -52 KG</w:t>
      </w:r>
    </w:p>
    <w:p w14:paraId="0E490565" w14:textId="77777777" w:rsidR="00941720" w:rsidRDefault="00000000">
      <w:pPr>
        <w:keepNext/>
        <w:keepLines/>
        <w:tabs>
          <w:tab w:val="left" w:pos="369"/>
        </w:tabs>
        <w:spacing w:after="40"/>
        <w:ind w:left="369" w:hanging="369"/>
      </w:pPr>
      <w:r>
        <w:t>1.</w:t>
      </w:r>
      <w:r>
        <w:tab/>
        <w:t>Matas Kančelkis „Suncity_MMA“, Lietuva</w:t>
      </w:r>
    </w:p>
    <w:p w14:paraId="2260B2A2" w14:textId="77777777" w:rsidR="00941720" w:rsidRDefault="00000000">
      <w:pPr>
        <w:keepNext/>
        <w:keepLines/>
        <w:tabs>
          <w:tab w:val="left" w:pos="369"/>
        </w:tabs>
        <w:spacing w:after="40"/>
        <w:ind w:left="369" w:hanging="369"/>
      </w:pPr>
      <w:r>
        <w:t>2.</w:t>
      </w:r>
      <w:r>
        <w:tab/>
        <w:t>Aronas Bernotas „KSK Taškentas“, Lietuva</w:t>
      </w:r>
    </w:p>
    <w:p w14:paraId="72B1BA81" w14:textId="77777777" w:rsidR="00941720" w:rsidRDefault="00000000">
      <w:pPr>
        <w:keepLines/>
        <w:tabs>
          <w:tab w:val="left" w:pos="369"/>
        </w:tabs>
        <w:spacing w:after="40"/>
        <w:ind w:left="369" w:hanging="369"/>
      </w:pPr>
      <w:r>
        <w:t>3.</w:t>
      </w:r>
      <w:r>
        <w:tab/>
        <w:t>Ignas Žigota „Nextlevel Mažeikiai“, Lietuva</w:t>
      </w:r>
    </w:p>
    <w:p w14:paraId="274CD5E9" w14:textId="77777777" w:rsidR="00941720" w:rsidRDefault="00000000">
      <w:pPr>
        <w:pStyle w:val="Heading2"/>
      </w:pPr>
      <w:r>
        <w:t>U-16 | YOUTH B | BOYS | K-1 / UNDER 16 / -62 KG</w:t>
      </w:r>
    </w:p>
    <w:p w14:paraId="49B70677" w14:textId="77777777" w:rsidR="00941720" w:rsidRDefault="00000000">
      <w:pPr>
        <w:keepNext/>
        <w:keepLines/>
        <w:tabs>
          <w:tab w:val="left" w:pos="369"/>
        </w:tabs>
        <w:spacing w:after="40"/>
        <w:ind w:left="369" w:hanging="369"/>
      </w:pPr>
      <w:r>
        <w:t>1.</w:t>
      </w:r>
      <w:r>
        <w:tab/>
        <w:t>Domantas Pipiras „Vale Tudo MMA Akademija Lazdynai“, Lietuva</w:t>
      </w:r>
    </w:p>
    <w:p w14:paraId="0D7FCD43" w14:textId="77777777" w:rsidR="00941720" w:rsidRDefault="00000000">
      <w:pPr>
        <w:keepNext/>
        <w:keepLines/>
        <w:tabs>
          <w:tab w:val="left" w:pos="369"/>
        </w:tabs>
        <w:spacing w:after="40"/>
        <w:ind w:left="369" w:hanging="369"/>
      </w:pPr>
      <w:r>
        <w:t>2.</w:t>
      </w:r>
      <w:r>
        <w:tab/>
        <w:t>Arnas Žiubikas „Nextlevel Mažeikiai“, Lietuva</w:t>
      </w:r>
    </w:p>
    <w:p w14:paraId="7AF2487F" w14:textId="77777777" w:rsidR="00941720" w:rsidRDefault="00000000">
      <w:pPr>
        <w:keepNext/>
        <w:keepLines/>
        <w:tabs>
          <w:tab w:val="left" w:pos="369"/>
        </w:tabs>
        <w:spacing w:after="40"/>
        <w:ind w:left="369" w:hanging="369"/>
      </w:pPr>
      <w:r>
        <w:t>3.</w:t>
      </w:r>
      <w:r>
        <w:tab/>
        <w:t>Lukas Kilas „Suncity_MMA“, Lietuva</w:t>
      </w:r>
    </w:p>
    <w:p w14:paraId="3BD42314" w14:textId="77777777" w:rsidR="00941720" w:rsidRDefault="00000000">
      <w:pPr>
        <w:keepLines/>
        <w:tabs>
          <w:tab w:val="left" w:pos="369"/>
        </w:tabs>
        <w:spacing w:after="40"/>
        <w:ind w:left="369" w:hanging="369"/>
      </w:pPr>
      <w:r>
        <w:t>4.</w:t>
      </w:r>
      <w:r>
        <w:tab/>
        <w:t>Paskalis Rakštikas „Suncity_MMA“, Lietuva</w:t>
      </w:r>
    </w:p>
    <w:p w14:paraId="5452822B" w14:textId="77777777" w:rsidR="00941720" w:rsidRDefault="00000000">
      <w:pPr>
        <w:pStyle w:val="Heading2"/>
      </w:pPr>
      <w:r>
        <w:t>U-16 | YOUTH B | BOYS | K-1 / UNDER 16 / -72 KG</w:t>
      </w:r>
    </w:p>
    <w:p w14:paraId="7C588588" w14:textId="77777777" w:rsidR="00941720" w:rsidRDefault="00000000">
      <w:pPr>
        <w:keepNext/>
        <w:keepLines/>
        <w:tabs>
          <w:tab w:val="left" w:pos="369"/>
        </w:tabs>
        <w:spacing w:after="40"/>
        <w:ind w:left="369" w:hanging="369"/>
      </w:pPr>
      <w:r>
        <w:t>1.</w:t>
      </w:r>
      <w:r>
        <w:tab/>
        <w:t>Justas Jurevičius „Nextlevel Mažeikiai“, Lietuva</w:t>
      </w:r>
    </w:p>
    <w:p w14:paraId="6B07B168" w14:textId="77777777" w:rsidR="00941720" w:rsidRDefault="00000000">
      <w:pPr>
        <w:keepNext/>
        <w:keepLines/>
        <w:tabs>
          <w:tab w:val="left" w:pos="369"/>
        </w:tabs>
        <w:spacing w:after="40"/>
        <w:ind w:left="369" w:hanging="369"/>
      </w:pPr>
      <w:r>
        <w:t>2.</w:t>
      </w:r>
      <w:r>
        <w:tab/>
        <w:t>Aironas Bertulis „Nextlevel Mažeikiai“, Lietuva</w:t>
      </w:r>
    </w:p>
    <w:p w14:paraId="212DDE7D" w14:textId="77777777" w:rsidR="00941720" w:rsidRDefault="00000000">
      <w:pPr>
        <w:keepNext/>
        <w:keepLines/>
        <w:tabs>
          <w:tab w:val="left" w:pos="369"/>
        </w:tabs>
        <w:spacing w:after="40"/>
        <w:ind w:left="369" w:hanging="369"/>
      </w:pPr>
      <w:r>
        <w:t>3.</w:t>
      </w:r>
      <w:r>
        <w:tab/>
        <w:t>Gvidas Pamedytis „MMA Pantera“, Lietuva</w:t>
      </w:r>
    </w:p>
    <w:p w14:paraId="77BD370D" w14:textId="77777777" w:rsidR="00941720" w:rsidRDefault="00000000">
      <w:pPr>
        <w:keepNext/>
        <w:keepLines/>
        <w:tabs>
          <w:tab w:val="left" w:pos="369"/>
        </w:tabs>
        <w:spacing w:after="40"/>
        <w:ind w:left="369" w:hanging="369"/>
      </w:pPr>
      <w:r>
        <w:t>4.</w:t>
      </w:r>
      <w:r>
        <w:tab/>
        <w:t>Danielius Dumša „Suncity_MMA“, Lietuva</w:t>
      </w:r>
    </w:p>
    <w:p w14:paraId="30F5DF2A" w14:textId="77777777" w:rsidR="00941720" w:rsidRDefault="00000000">
      <w:pPr>
        <w:keepNext/>
        <w:keepLines/>
        <w:tabs>
          <w:tab w:val="left" w:pos="369"/>
        </w:tabs>
        <w:spacing w:after="40"/>
        <w:ind w:left="369" w:hanging="369"/>
      </w:pPr>
      <w:r>
        <w:t>5.</w:t>
      </w:r>
      <w:r>
        <w:tab/>
        <w:t>Nedas Perminas „Nextlevel Mažeikiai“, Lietuva</w:t>
      </w:r>
    </w:p>
    <w:p w14:paraId="637F283F" w14:textId="77777777" w:rsidR="00941720" w:rsidRDefault="00000000">
      <w:pPr>
        <w:keepLines/>
        <w:tabs>
          <w:tab w:val="left" w:pos="369"/>
        </w:tabs>
        <w:spacing w:after="40"/>
        <w:ind w:left="369" w:hanging="369"/>
      </w:pPr>
      <w:r>
        <w:t>5.</w:t>
      </w:r>
      <w:r>
        <w:tab/>
        <w:t>Danya Bulash „Suncity_MMA“, Lietuva</w:t>
      </w:r>
    </w:p>
    <w:p w14:paraId="2037D87F" w14:textId="77777777" w:rsidR="00941720" w:rsidRDefault="00000000">
      <w:pPr>
        <w:pStyle w:val="Heading2"/>
      </w:pPr>
      <w:r>
        <w:t>U-16 | YOUTH B | BOYS | K-1 / UNDER 16 / +77 KG</w:t>
      </w:r>
    </w:p>
    <w:p w14:paraId="19795149" w14:textId="77777777" w:rsidR="00941720" w:rsidRDefault="00000000">
      <w:pPr>
        <w:keepNext/>
        <w:keepLines/>
        <w:tabs>
          <w:tab w:val="left" w:pos="369"/>
        </w:tabs>
        <w:spacing w:after="40"/>
        <w:ind w:left="369" w:hanging="369"/>
      </w:pPr>
      <w:r>
        <w:t>1.</w:t>
      </w:r>
      <w:r>
        <w:tab/>
        <w:t>Džiugas Kriskus „Suncity_MMA“, Lietuva</w:t>
      </w:r>
    </w:p>
    <w:p w14:paraId="5E302C7E" w14:textId="77777777" w:rsidR="00941720" w:rsidRDefault="00000000">
      <w:pPr>
        <w:keepLines/>
        <w:tabs>
          <w:tab w:val="left" w:pos="369"/>
        </w:tabs>
        <w:spacing w:after="40"/>
        <w:ind w:left="369" w:hanging="369"/>
      </w:pPr>
      <w:r>
        <w:t>2.</w:t>
      </w:r>
      <w:r>
        <w:tab/>
        <w:t>Arnas Palaima „Sporto klubas FAITERIS“, Lietuva</w:t>
      </w:r>
    </w:p>
    <w:p w14:paraId="7927C8D8" w14:textId="77777777" w:rsidR="00941720" w:rsidRDefault="00000000">
      <w:pPr>
        <w:pStyle w:val="Heading2"/>
      </w:pPr>
      <w:r>
        <w:t>U-16 | YOUTH B | GIRLS | K-1 / UNDER 16 / -52 KG</w:t>
      </w:r>
    </w:p>
    <w:p w14:paraId="0650F5F7" w14:textId="77777777" w:rsidR="00941720" w:rsidRDefault="00000000">
      <w:pPr>
        <w:keepNext/>
        <w:keepLines/>
        <w:tabs>
          <w:tab w:val="left" w:pos="369"/>
        </w:tabs>
        <w:spacing w:after="40"/>
        <w:ind w:left="369" w:hanging="369"/>
      </w:pPr>
      <w:r>
        <w:t>1.</w:t>
      </w:r>
      <w:r>
        <w:tab/>
        <w:t>Ugne Pikelyte „KSK Taškentas“, Lietuva</w:t>
      </w:r>
    </w:p>
    <w:p w14:paraId="6AF8C2FE" w14:textId="77777777" w:rsidR="00941720" w:rsidRDefault="00000000">
      <w:pPr>
        <w:keepLines/>
        <w:tabs>
          <w:tab w:val="left" w:pos="369"/>
        </w:tabs>
        <w:spacing w:after="40"/>
        <w:ind w:left="369" w:hanging="369"/>
      </w:pPr>
      <w:r>
        <w:t>2.</w:t>
      </w:r>
      <w:r>
        <w:tab/>
        <w:t>Austeja Jarutyte „Nextlevel Mažeikiai“, Lietuva</w:t>
      </w:r>
    </w:p>
    <w:p w14:paraId="645D884D" w14:textId="77777777" w:rsidR="00941720" w:rsidRDefault="00000000">
      <w:pPr>
        <w:pStyle w:val="Heading2"/>
      </w:pPr>
      <w:r>
        <w:lastRenderedPageBreak/>
        <w:t>U-18 | YOUTH A | BOYS | K-1 / UNDER 18 / -61,2 KG</w:t>
      </w:r>
    </w:p>
    <w:p w14:paraId="7342DFBD" w14:textId="77777777" w:rsidR="00941720" w:rsidRDefault="00000000">
      <w:pPr>
        <w:keepNext/>
        <w:keepLines/>
        <w:tabs>
          <w:tab w:val="left" w:pos="369"/>
        </w:tabs>
        <w:spacing w:after="40"/>
        <w:ind w:left="369" w:hanging="369"/>
      </w:pPr>
      <w:r>
        <w:t>1.</w:t>
      </w:r>
      <w:r>
        <w:tab/>
        <w:t>Danas Špokas „Suncity_MMA“, Lietuva</w:t>
      </w:r>
    </w:p>
    <w:p w14:paraId="678E59D5" w14:textId="77777777" w:rsidR="00941720" w:rsidRDefault="00000000">
      <w:pPr>
        <w:keepNext/>
        <w:keepLines/>
        <w:tabs>
          <w:tab w:val="left" w:pos="369"/>
        </w:tabs>
        <w:spacing w:after="40"/>
        <w:ind w:left="369" w:hanging="369"/>
      </w:pPr>
      <w:r>
        <w:t>2.</w:t>
      </w:r>
      <w:r>
        <w:tab/>
        <w:t>Matas Beniušis „Suncity_MMA“, Lietuva</w:t>
      </w:r>
    </w:p>
    <w:p w14:paraId="5B192A1A" w14:textId="77777777" w:rsidR="00941720" w:rsidRDefault="00000000">
      <w:pPr>
        <w:keepNext/>
        <w:keepLines/>
        <w:tabs>
          <w:tab w:val="left" w:pos="369"/>
        </w:tabs>
        <w:spacing w:after="40"/>
        <w:ind w:left="369" w:hanging="369"/>
      </w:pPr>
      <w:r>
        <w:t>5.</w:t>
      </w:r>
      <w:r>
        <w:tab/>
        <w:t>Kajus Jankus „Suncity_MMA“, Lietuva</w:t>
      </w:r>
    </w:p>
    <w:p w14:paraId="6F710C99" w14:textId="77777777" w:rsidR="00941720" w:rsidRDefault="00000000">
      <w:pPr>
        <w:keepNext/>
        <w:keepLines/>
        <w:tabs>
          <w:tab w:val="left" w:pos="369"/>
        </w:tabs>
        <w:spacing w:after="40"/>
        <w:ind w:left="369" w:hanging="369"/>
      </w:pPr>
      <w:r>
        <w:t>—</w:t>
      </w:r>
      <w:r>
        <w:tab/>
        <w:t>Neilas Petrikis „Suncity_MMA“, Lietuva (vieta nepaskelbta)</w:t>
      </w:r>
    </w:p>
    <w:p w14:paraId="5EFD2BA9" w14:textId="77777777" w:rsidR="00941720" w:rsidRDefault="00000000">
      <w:pPr>
        <w:keepLines/>
        <w:tabs>
          <w:tab w:val="left" w:pos="369"/>
        </w:tabs>
        <w:spacing w:after="40"/>
        <w:ind w:left="369" w:hanging="369"/>
      </w:pPr>
      <w:r>
        <w:t>—</w:t>
      </w:r>
      <w:r>
        <w:tab/>
        <w:t>Žygimantas Karužna „Suncity_MMA“, Lietuva (vieta nepaskelbta)</w:t>
      </w:r>
    </w:p>
    <w:p w14:paraId="3180E9C2" w14:textId="77777777" w:rsidR="00941720" w:rsidRDefault="00000000">
      <w:pPr>
        <w:pStyle w:val="Heading2"/>
      </w:pPr>
      <w:r>
        <w:t>U-18 | YOUTH A | BOYS | K-1 / UNDER 18 / -61,2 KG (PAPILDOMA KOVA)</w:t>
      </w:r>
    </w:p>
    <w:p w14:paraId="39947884" w14:textId="77777777" w:rsidR="00941720" w:rsidRDefault="00000000">
      <w:pPr>
        <w:keepNext/>
        <w:keepLines/>
        <w:tabs>
          <w:tab w:val="left" w:pos="369"/>
        </w:tabs>
        <w:spacing w:after="40"/>
        <w:ind w:left="369" w:hanging="369"/>
      </w:pPr>
      <w:r>
        <w:t>—</w:t>
      </w:r>
      <w:r>
        <w:tab/>
        <w:t>Danas Špokas „Suncity_MMA“, Lietuva (vieta nepaskelbta)</w:t>
      </w:r>
    </w:p>
    <w:p w14:paraId="0FE02CE8" w14:textId="77777777" w:rsidR="00941720" w:rsidRDefault="00000000">
      <w:pPr>
        <w:keepLines/>
        <w:tabs>
          <w:tab w:val="left" w:pos="369"/>
        </w:tabs>
        <w:spacing w:after="40"/>
        <w:ind w:left="369" w:hanging="369"/>
      </w:pPr>
      <w:r>
        <w:t>—</w:t>
      </w:r>
      <w:r>
        <w:tab/>
        <w:t>Kajus Jankus „Suncity_MMA“, Lietuva (vieta nepaskelbta)</w:t>
      </w:r>
    </w:p>
    <w:p w14:paraId="262788AA" w14:textId="77777777" w:rsidR="00941720" w:rsidRDefault="00000000">
      <w:pPr>
        <w:pStyle w:val="Heading2"/>
      </w:pPr>
      <w:r>
        <w:t>U-18 | YOUTH A | BOYS | K-1 / UNDER 18 / -70,3 KG</w:t>
      </w:r>
    </w:p>
    <w:p w14:paraId="55B2A711" w14:textId="77777777" w:rsidR="00941720" w:rsidRDefault="00000000">
      <w:pPr>
        <w:keepNext/>
        <w:keepLines/>
        <w:tabs>
          <w:tab w:val="left" w:pos="369"/>
        </w:tabs>
        <w:spacing w:after="40"/>
        <w:ind w:left="369" w:hanging="369"/>
      </w:pPr>
      <w:r>
        <w:t>1.</w:t>
      </w:r>
      <w:r>
        <w:tab/>
        <w:t>Renardas Kalabuchovas „Suncity_MMA“, Lietuva</w:t>
      </w:r>
    </w:p>
    <w:p w14:paraId="41C011B0" w14:textId="77777777" w:rsidR="00941720" w:rsidRDefault="00000000">
      <w:pPr>
        <w:keepNext/>
        <w:keepLines/>
        <w:tabs>
          <w:tab w:val="left" w:pos="369"/>
        </w:tabs>
        <w:spacing w:after="40"/>
        <w:ind w:left="369" w:hanging="369"/>
      </w:pPr>
      <w:r>
        <w:t>2.</w:t>
      </w:r>
      <w:r>
        <w:tab/>
        <w:t>Simonas Narvilas „Kiulis Gym“, Lietuva</w:t>
      </w:r>
    </w:p>
    <w:p w14:paraId="007376F7" w14:textId="77777777" w:rsidR="00941720" w:rsidRDefault="00000000">
      <w:pPr>
        <w:keepNext/>
        <w:keepLines/>
        <w:tabs>
          <w:tab w:val="left" w:pos="369"/>
        </w:tabs>
        <w:spacing w:after="40"/>
        <w:ind w:left="369" w:hanging="369"/>
      </w:pPr>
      <w:r>
        <w:t>3.</w:t>
      </w:r>
      <w:r>
        <w:tab/>
        <w:t>Pijus Vilčinskas „Sporto klubas FAITERIS“, Lietuva</w:t>
      </w:r>
    </w:p>
    <w:p w14:paraId="68A79607" w14:textId="77777777" w:rsidR="00941720" w:rsidRDefault="00000000">
      <w:pPr>
        <w:keepNext/>
        <w:keepLines/>
        <w:tabs>
          <w:tab w:val="left" w:pos="369"/>
        </w:tabs>
        <w:spacing w:after="40"/>
        <w:ind w:left="369" w:hanging="369"/>
      </w:pPr>
      <w:r>
        <w:t>5.</w:t>
      </w:r>
      <w:r>
        <w:tab/>
        <w:t>Vilius Bytautas „Suncity_MMA“, Lietuva</w:t>
      </w:r>
    </w:p>
    <w:p w14:paraId="00338282" w14:textId="77777777" w:rsidR="00941720" w:rsidRDefault="00000000">
      <w:pPr>
        <w:keepLines/>
        <w:tabs>
          <w:tab w:val="left" w:pos="369"/>
        </w:tabs>
        <w:spacing w:after="40"/>
        <w:ind w:left="369" w:hanging="369"/>
      </w:pPr>
      <w:r>
        <w:t>—</w:t>
      </w:r>
      <w:r>
        <w:tab/>
        <w:t>Naglis Laurinavičius „Suncity_MMA“, Lietuva (vieta nepaskelbta)</w:t>
      </w:r>
    </w:p>
    <w:p w14:paraId="53226CBF" w14:textId="77777777" w:rsidR="00941720" w:rsidRDefault="00000000">
      <w:pPr>
        <w:pStyle w:val="Heading2"/>
      </w:pPr>
      <w:r>
        <w:t>U-18 | YOUTH A | BOYS | K-1 / UNDER 18 / -74,8 KG</w:t>
      </w:r>
    </w:p>
    <w:p w14:paraId="6AB2CC14" w14:textId="77777777" w:rsidR="00941720" w:rsidRDefault="00000000">
      <w:pPr>
        <w:keepNext/>
        <w:keepLines/>
        <w:tabs>
          <w:tab w:val="left" w:pos="369"/>
        </w:tabs>
        <w:spacing w:after="40"/>
        <w:ind w:left="369" w:hanging="369"/>
      </w:pPr>
      <w:r>
        <w:t>1.</w:t>
      </w:r>
      <w:r>
        <w:tab/>
        <w:t>Nojus Jarulis „Suncity_MMA“, Lietuva</w:t>
      </w:r>
    </w:p>
    <w:p w14:paraId="684C0AAF" w14:textId="77777777" w:rsidR="00941720" w:rsidRDefault="00000000">
      <w:pPr>
        <w:keepLines/>
        <w:tabs>
          <w:tab w:val="left" w:pos="369"/>
        </w:tabs>
        <w:spacing w:after="40"/>
        <w:ind w:left="369" w:hanging="369"/>
      </w:pPr>
      <w:r>
        <w:t>2.</w:t>
      </w:r>
      <w:r>
        <w:tab/>
        <w:t>Wlad Sabolevskyi „Suncity_MMA“, Lietuva</w:t>
      </w:r>
    </w:p>
    <w:p w14:paraId="4842B93C" w14:textId="77777777" w:rsidR="00941720" w:rsidRDefault="00000000">
      <w:pPr>
        <w:pStyle w:val="Heading2"/>
      </w:pPr>
      <w:r>
        <w:t>U-18 | YOUTH A | BOYS | K-1 / UNDER 18 / -79,4 KG</w:t>
      </w:r>
    </w:p>
    <w:p w14:paraId="42C90E96" w14:textId="77777777" w:rsidR="00941720" w:rsidRDefault="00000000">
      <w:pPr>
        <w:keepNext/>
        <w:keepLines/>
        <w:tabs>
          <w:tab w:val="left" w:pos="369"/>
        </w:tabs>
        <w:spacing w:after="40"/>
        <w:ind w:left="369" w:hanging="369"/>
      </w:pPr>
      <w:r>
        <w:t>1.</w:t>
      </w:r>
      <w:r>
        <w:tab/>
        <w:t>Nojus Katinas „Suncity_MMA“, Lietuva</w:t>
      </w:r>
    </w:p>
    <w:p w14:paraId="36415786" w14:textId="77777777" w:rsidR="00941720" w:rsidRDefault="00000000">
      <w:pPr>
        <w:keepNext/>
        <w:keepLines/>
        <w:tabs>
          <w:tab w:val="left" w:pos="369"/>
        </w:tabs>
        <w:spacing w:after="40"/>
        <w:ind w:left="369" w:hanging="369"/>
      </w:pPr>
      <w:r>
        <w:t>2.</w:t>
      </w:r>
      <w:r>
        <w:tab/>
        <w:t>Šarūnas Taškus „Nextlevel Mažeikiai“, Lietuva</w:t>
      </w:r>
    </w:p>
    <w:p w14:paraId="03C79104" w14:textId="77777777" w:rsidR="00941720" w:rsidRDefault="00000000">
      <w:pPr>
        <w:keepLines/>
        <w:tabs>
          <w:tab w:val="left" w:pos="369"/>
        </w:tabs>
        <w:spacing w:after="40"/>
        <w:ind w:left="369" w:hanging="369"/>
      </w:pPr>
      <w:r>
        <w:t>3.</w:t>
      </w:r>
      <w:r>
        <w:tab/>
        <w:t>Emilijus Nosačius „Suncity_MMA“, Lietuva</w:t>
      </w:r>
    </w:p>
    <w:p w14:paraId="1A12F80F" w14:textId="77777777" w:rsidR="00941720" w:rsidRDefault="00000000">
      <w:pPr>
        <w:pStyle w:val="Heading2"/>
      </w:pPr>
      <w:r>
        <w:t>U-18 | YOUTH A | BOYS | K-1 / UNDER 18 / +93 KG</w:t>
      </w:r>
    </w:p>
    <w:p w14:paraId="64C3145D" w14:textId="77777777" w:rsidR="00941720" w:rsidRDefault="00000000">
      <w:pPr>
        <w:keepNext/>
        <w:keepLines/>
        <w:tabs>
          <w:tab w:val="left" w:pos="369"/>
        </w:tabs>
        <w:spacing w:after="40"/>
        <w:ind w:left="369" w:hanging="369"/>
      </w:pPr>
      <w:r>
        <w:t>1.</w:t>
      </w:r>
      <w:r>
        <w:tab/>
        <w:t>Rokas Stoškus „MMA Pantera“, Lietuva</w:t>
      </w:r>
    </w:p>
    <w:p w14:paraId="2AF1277A" w14:textId="77777777" w:rsidR="00941720" w:rsidRDefault="00000000">
      <w:pPr>
        <w:keepNext/>
        <w:keepLines/>
        <w:tabs>
          <w:tab w:val="left" w:pos="369"/>
        </w:tabs>
        <w:spacing w:after="40"/>
        <w:ind w:left="369" w:hanging="369"/>
      </w:pPr>
      <w:r>
        <w:t>2.</w:t>
      </w:r>
      <w:r>
        <w:tab/>
        <w:t>Aironas Kidelis „Nextlevel Mažeikiai“, Lietuva</w:t>
      </w:r>
    </w:p>
    <w:p w14:paraId="0084382F" w14:textId="77777777" w:rsidR="00941720" w:rsidRDefault="00000000">
      <w:pPr>
        <w:keepLines/>
        <w:tabs>
          <w:tab w:val="left" w:pos="369"/>
        </w:tabs>
        <w:spacing w:after="40"/>
        <w:ind w:left="369" w:hanging="369"/>
      </w:pPr>
      <w:r>
        <w:t>3.</w:t>
      </w:r>
      <w:r>
        <w:tab/>
        <w:t>Kajus Poška „Suncity_MMA“, Lietuva</w:t>
      </w:r>
    </w:p>
    <w:p w14:paraId="6B6C13C6" w14:textId="77777777" w:rsidR="00941720" w:rsidRDefault="00000000">
      <w:pPr>
        <w:pStyle w:val="Heading2"/>
      </w:pPr>
      <w:r>
        <w:t>U-18 | YOUTH A | GIRLS | K-1 / UNDER 18 / -61,2 KG</w:t>
      </w:r>
    </w:p>
    <w:p w14:paraId="2C3F95AF" w14:textId="77777777" w:rsidR="00941720" w:rsidRDefault="00000000">
      <w:pPr>
        <w:keepNext/>
        <w:keepLines/>
        <w:tabs>
          <w:tab w:val="left" w:pos="369"/>
        </w:tabs>
        <w:spacing w:after="40"/>
        <w:ind w:left="369" w:hanging="369"/>
      </w:pPr>
      <w:r>
        <w:t>1.</w:t>
      </w:r>
      <w:r>
        <w:tab/>
        <w:t>Jonė Pocevičiūtė „Kiulis Gym“, Lietuva</w:t>
      </w:r>
    </w:p>
    <w:p w14:paraId="1E5E1818" w14:textId="77777777" w:rsidR="00941720" w:rsidRDefault="00000000">
      <w:pPr>
        <w:keepLines/>
        <w:tabs>
          <w:tab w:val="left" w:pos="369"/>
        </w:tabs>
        <w:spacing w:after="40"/>
        <w:ind w:left="369" w:hanging="369"/>
      </w:pPr>
      <w:r>
        <w:t>2.</w:t>
      </w:r>
      <w:r>
        <w:tab/>
        <w:t>Gabrielė Zemikaitė „Suncity_MMA“, Lietuva</w:t>
      </w:r>
    </w:p>
    <w:p w14:paraId="1ACF0911" w14:textId="77777777" w:rsidR="00941720" w:rsidRDefault="00000000">
      <w:pPr>
        <w:pStyle w:val="Heading2"/>
      </w:pPr>
      <w:r>
        <w:t>ADULTS | SENIORS | MEN | K-1 / ADULTS / -65,8 KG</w:t>
      </w:r>
    </w:p>
    <w:p w14:paraId="139B9B6F" w14:textId="77777777" w:rsidR="00941720" w:rsidRDefault="00000000">
      <w:pPr>
        <w:keepNext/>
        <w:keepLines/>
        <w:tabs>
          <w:tab w:val="left" w:pos="369"/>
        </w:tabs>
        <w:spacing w:after="40"/>
        <w:ind w:left="369" w:hanging="369"/>
      </w:pPr>
      <w:r>
        <w:t>1.</w:t>
      </w:r>
      <w:r>
        <w:tab/>
        <w:t>Jonas Juška „Suncity_MMA“, Lietuva</w:t>
      </w:r>
    </w:p>
    <w:p w14:paraId="53A6A506" w14:textId="77777777" w:rsidR="00941720" w:rsidRDefault="00000000">
      <w:pPr>
        <w:keepNext/>
        <w:keepLines/>
        <w:tabs>
          <w:tab w:val="left" w:pos="369"/>
        </w:tabs>
        <w:spacing w:after="40"/>
        <w:ind w:left="369" w:hanging="369"/>
      </w:pPr>
      <w:r>
        <w:t>2.</w:t>
      </w:r>
      <w:r>
        <w:tab/>
        <w:t>Gediminas Mockus „KSK Taškentas“, Lietuva</w:t>
      </w:r>
    </w:p>
    <w:p w14:paraId="3B15BDC2" w14:textId="77777777" w:rsidR="00941720" w:rsidRDefault="00000000">
      <w:pPr>
        <w:keepNext/>
        <w:keepLines/>
        <w:tabs>
          <w:tab w:val="left" w:pos="369"/>
        </w:tabs>
        <w:spacing w:after="40"/>
        <w:ind w:left="369" w:hanging="369"/>
      </w:pPr>
      <w:r>
        <w:t>3.</w:t>
      </w:r>
      <w:r>
        <w:tab/>
        <w:t>Leonardas Gavrilovas „MMA Pantera“, Lietuva</w:t>
      </w:r>
    </w:p>
    <w:p w14:paraId="4C1D8881" w14:textId="77777777" w:rsidR="00941720" w:rsidRDefault="00000000">
      <w:pPr>
        <w:keepLines/>
        <w:tabs>
          <w:tab w:val="left" w:pos="369"/>
        </w:tabs>
        <w:spacing w:after="40"/>
        <w:ind w:left="369" w:hanging="369"/>
      </w:pPr>
      <w:r>
        <w:t>4.</w:t>
      </w:r>
      <w:r>
        <w:tab/>
        <w:t>Kajus Brazaitis „MMA Pantera“, Lietuva</w:t>
      </w:r>
    </w:p>
    <w:p w14:paraId="240A8C37" w14:textId="77777777" w:rsidR="00941720" w:rsidRDefault="00000000">
      <w:pPr>
        <w:pStyle w:val="Heading2"/>
      </w:pPr>
      <w:r>
        <w:t>ADULTS | SENIORS | MEN | K-1 / ADULTS / -70,3 KG</w:t>
      </w:r>
    </w:p>
    <w:p w14:paraId="43B1DB2B" w14:textId="77777777" w:rsidR="00941720" w:rsidRDefault="00000000">
      <w:pPr>
        <w:keepNext/>
        <w:keepLines/>
        <w:tabs>
          <w:tab w:val="left" w:pos="369"/>
        </w:tabs>
        <w:spacing w:after="40"/>
        <w:ind w:left="369" w:hanging="369"/>
      </w:pPr>
      <w:r>
        <w:t>1.</w:t>
      </w:r>
      <w:r>
        <w:tab/>
        <w:t>Alanas Vorobjovas „Suncity_MMA“, Lietuva</w:t>
      </w:r>
    </w:p>
    <w:p w14:paraId="1931DB83" w14:textId="77777777" w:rsidR="00941720" w:rsidRDefault="00000000">
      <w:pPr>
        <w:keepNext/>
        <w:keepLines/>
        <w:tabs>
          <w:tab w:val="left" w:pos="369"/>
        </w:tabs>
        <w:spacing w:after="40"/>
        <w:ind w:left="369" w:hanging="369"/>
      </w:pPr>
      <w:r>
        <w:t>2.</w:t>
      </w:r>
      <w:r>
        <w:tab/>
        <w:t>Ovidijus Pocius „Suncity_MMA“, Lietuva</w:t>
      </w:r>
    </w:p>
    <w:p w14:paraId="28BEF0BB" w14:textId="77777777" w:rsidR="00941720" w:rsidRDefault="00000000">
      <w:pPr>
        <w:keepNext/>
        <w:keepLines/>
        <w:tabs>
          <w:tab w:val="left" w:pos="369"/>
        </w:tabs>
        <w:spacing w:after="40"/>
        <w:ind w:left="369" w:hanging="369"/>
      </w:pPr>
      <w:r>
        <w:t>3.</w:t>
      </w:r>
      <w:r>
        <w:tab/>
        <w:t>Rolandas Stonys „Suncity_MMA“, Lietuva</w:t>
      </w:r>
    </w:p>
    <w:p w14:paraId="4025FBFE" w14:textId="77777777" w:rsidR="00941720" w:rsidRDefault="00000000">
      <w:pPr>
        <w:keepNext/>
        <w:keepLines/>
        <w:tabs>
          <w:tab w:val="left" w:pos="369"/>
        </w:tabs>
        <w:spacing w:after="40"/>
        <w:ind w:left="369" w:hanging="369"/>
      </w:pPr>
      <w:r>
        <w:t>4.</w:t>
      </w:r>
      <w:r>
        <w:tab/>
        <w:t>Dominykas Privalenkovas „Suncity_MMA“, Lietuva</w:t>
      </w:r>
    </w:p>
    <w:p w14:paraId="0C4112BF" w14:textId="77777777" w:rsidR="00941720" w:rsidRDefault="00000000">
      <w:pPr>
        <w:keepLines/>
        <w:tabs>
          <w:tab w:val="left" w:pos="369"/>
        </w:tabs>
        <w:spacing w:after="40"/>
        <w:ind w:left="369" w:hanging="369"/>
      </w:pPr>
      <w:r>
        <w:t>5.</w:t>
      </w:r>
      <w:r>
        <w:tab/>
        <w:t>Vaidotas Šakalys „Nextlevel Mažeikiai“, Lietuva</w:t>
      </w:r>
    </w:p>
    <w:p w14:paraId="3778EA33" w14:textId="77777777" w:rsidR="00941720" w:rsidRDefault="00000000">
      <w:pPr>
        <w:pStyle w:val="Heading2"/>
      </w:pPr>
      <w:r>
        <w:lastRenderedPageBreak/>
        <w:t>ADULTS | SENIORS | MEN | K-1 / ADULTS / -74,8 KG</w:t>
      </w:r>
    </w:p>
    <w:p w14:paraId="34BD84F0" w14:textId="77777777" w:rsidR="00941720" w:rsidRDefault="00000000">
      <w:pPr>
        <w:keepNext/>
        <w:keepLines/>
        <w:tabs>
          <w:tab w:val="left" w:pos="369"/>
        </w:tabs>
        <w:spacing w:after="40"/>
        <w:ind w:left="369" w:hanging="369"/>
      </w:pPr>
      <w:r>
        <w:t>1.</w:t>
      </w:r>
      <w:r>
        <w:tab/>
        <w:t>Simonas Smulkys „Kiulis Gym“, Lietuva</w:t>
      </w:r>
    </w:p>
    <w:p w14:paraId="65A1BFEE" w14:textId="77777777" w:rsidR="00941720" w:rsidRDefault="00000000">
      <w:pPr>
        <w:keepNext/>
        <w:keepLines/>
        <w:tabs>
          <w:tab w:val="left" w:pos="369"/>
        </w:tabs>
        <w:spacing w:after="40"/>
        <w:ind w:left="369" w:hanging="369"/>
      </w:pPr>
      <w:r>
        <w:t>2.</w:t>
      </w:r>
      <w:r>
        <w:tab/>
        <w:t>Mantas Ramoška, Lietuva</w:t>
      </w:r>
    </w:p>
    <w:p w14:paraId="094CF803" w14:textId="77777777" w:rsidR="00941720" w:rsidRDefault="00000000">
      <w:pPr>
        <w:keepLines/>
        <w:tabs>
          <w:tab w:val="left" w:pos="369"/>
        </w:tabs>
        <w:spacing w:after="40"/>
        <w:ind w:left="369" w:hanging="369"/>
      </w:pPr>
      <w:r>
        <w:t>3.</w:t>
      </w:r>
      <w:r>
        <w:tab/>
        <w:t>Danielius Gasan „Nextlevel Mažeikiai“, Lietuva</w:t>
      </w:r>
    </w:p>
    <w:p w14:paraId="68D349CD" w14:textId="77777777" w:rsidR="00941720" w:rsidRDefault="00000000">
      <w:pPr>
        <w:pStyle w:val="Heading2"/>
      </w:pPr>
      <w:r>
        <w:t>ADULTS | SENIORS | MEN | K-1 / ADULTS / -79,8 KG</w:t>
      </w:r>
    </w:p>
    <w:p w14:paraId="0CC33EF4" w14:textId="77777777" w:rsidR="00941720" w:rsidRDefault="00000000">
      <w:pPr>
        <w:keepNext/>
        <w:keepLines/>
        <w:tabs>
          <w:tab w:val="left" w:pos="369"/>
        </w:tabs>
        <w:spacing w:after="40"/>
        <w:ind w:left="369" w:hanging="369"/>
      </w:pPr>
      <w:r>
        <w:t>1.</w:t>
      </w:r>
      <w:r>
        <w:tab/>
        <w:t>Emilis Čiūras, Lietuva</w:t>
      </w:r>
    </w:p>
    <w:p w14:paraId="3952C552" w14:textId="77777777" w:rsidR="00941720" w:rsidRDefault="00000000">
      <w:pPr>
        <w:keepNext/>
        <w:keepLines/>
        <w:tabs>
          <w:tab w:val="left" w:pos="369"/>
        </w:tabs>
        <w:spacing w:after="40"/>
        <w:ind w:left="369" w:hanging="369"/>
      </w:pPr>
      <w:r>
        <w:t>2.</w:t>
      </w:r>
      <w:r>
        <w:tab/>
        <w:t>Gvidas Tamutis „Suncity_MMA“, Lietuva</w:t>
      </w:r>
    </w:p>
    <w:p w14:paraId="3768BAD9" w14:textId="77777777" w:rsidR="00941720" w:rsidRDefault="00000000">
      <w:pPr>
        <w:keepNext/>
        <w:keepLines/>
        <w:tabs>
          <w:tab w:val="left" w:pos="369"/>
        </w:tabs>
        <w:spacing w:after="40"/>
        <w:ind w:left="369" w:hanging="369"/>
      </w:pPr>
      <w:r>
        <w:t>3.</w:t>
      </w:r>
      <w:r>
        <w:tab/>
        <w:t>Daugirdas Kaziunas, Lietuva</w:t>
      </w:r>
    </w:p>
    <w:p w14:paraId="47D4EB6D" w14:textId="77777777" w:rsidR="00941720" w:rsidRDefault="00000000">
      <w:pPr>
        <w:keepNext/>
        <w:keepLines/>
        <w:tabs>
          <w:tab w:val="left" w:pos="369"/>
        </w:tabs>
        <w:spacing w:after="40"/>
        <w:ind w:left="369" w:hanging="369"/>
      </w:pPr>
      <w:r>
        <w:t>4.</w:t>
      </w:r>
      <w:r>
        <w:tab/>
        <w:t>Jonas Starkus „KSK Taškentas“, Lietuva</w:t>
      </w:r>
    </w:p>
    <w:p w14:paraId="4E589135" w14:textId="77777777" w:rsidR="00941720" w:rsidRDefault="00000000">
      <w:pPr>
        <w:keepNext/>
        <w:keepLines/>
        <w:tabs>
          <w:tab w:val="left" w:pos="369"/>
        </w:tabs>
        <w:spacing w:after="40"/>
        <w:ind w:left="369" w:hanging="369"/>
      </w:pPr>
      <w:r>
        <w:t>5.</w:t>
      </w:r>
      <w:r>
        <w:tab/>
        <w:t>Ugnius Mikalauskas „Suncity_MMA“, Lietuva</w:t>
      </w:r>
    </w:p>
    <w:p w14:paraId="36C78B93" w14:textId="77777777" w:rsidR="00941720" w:rsidRDefault="00000000">
      <w:pPr>
        <w:keepLines/>
        <w:tabs>
          <w:tab w:val="left" w:pos="369"/>
        </w:tabs>
        <w:spacing w:after="40"/>
        <w:ind w:left="369" w:hanging="369"/>
      </w:pPr>
      <w:r>
        <w:t>5.</w:t>
      </w:r>
      <w:r>
        <w:tab/>
        <w:t>Kristupas Tunyla „MMA Pantera“, Lietuva</w:t>
      </w:r>
    </w:p>
    <w:p w14:paraId="204260C5" w14:textId="77777777" w:rsidR="00941720" w:rsidRDefault="00000000">
      <w:pPr>
        <w:pStyle w:val="Heading2"/>
      </w:pPr>
      <w:r>
        <w:t>ADULTS | SENIORS | MEN | K-1 / ADULTS / -88,4 KG</w:t>
      </w:r>
    </w:p>
    <w:p w14:paraId="2D871B4B" w14:textId="77777777" w:rsidR="00941720" w:rsidRDefault="00000000">
      <w:pPr>
        <w:keepNext/>
        <w:keepLines/>
        <w:tabs>
          <w:tab w:val="left" w:pos="369"/>
        </w:tabs>
        <w:spacing w:after="40"/>
        <w:ind w:left="369" w:hanging="369"/>
      </w:pPr>
      <w:r>
        <w:t>1.</w:t>
      </w:r>
      <w:r>
        <w:tab/>
        <w:t>Tautvydas Palčiauskas „Kiulis Gym“, Lietuva</w:t>
      </w:r>
    </w:p>
    <w:p w14:paraId="332EC8CA" w14:textId="77777777" w:rsidR="00941720" w:rsidRDefault="00000000">
      <w:pPr>
        <w:keepNext/>
        <w:keepLines/>
        <w:tabs>
          <w:tab w:val="left" w:pos="369"/>
        </w:tabs>
        <w:spacing w:after="40"/>
        <w:ind w:left="369" w:hanging="369"/>
      </w:pPr>
      <w:r>
        <w:t>2.</w:t>
      </w:r>
      <w:r>
        <w:tab/>
        <w:t>Klaudijus Puidokas „Suncity_MMA“, Lietuva</w:t>
      </w:r>
    </w:p>
    <w:p w14:paraId="24D9BE3C" w14:textId="77777777" w:rsidR="00941720" w:rsidRDefault="00000000">
      <w:pPr>
        <w:keepLines/>
        <w:tabs>
          <w:tab w:val="left" w:pos="369"/>
        </w:tabs>
        <w:spacing w:after="40"/>
        <w:ind w:left="369" w:hanging="369"/>
      </w:pPr>
      <w:r>
        <w:t>3.</w:t>
      </w:r>
      <w:r>
        <w:tab/>
        <w:t>Gabrielius Budrys „K-1 Okamis“, Lietuva</w:t>
      </w:r>
    </w:p>
    <w:p w14:paraId="5063B6E6" w14:textId="77777777" w:rsidR="00941720" w:rsidRDefault="00000000">
      <w:pPr>
        <w:spacing w:before="360"/>
      </w:pPr>
      <w:r>
        <w:rPr>
          <w:sz w:val="18"/>
        </w:rPr>
        <w:t>Pastaba. „—“ žymi registraciją, kurios galutinė vieta rezultatų puslapyje nepaskelbta. Protokole pateiktos visos 128 registracijos, įskaitant papildomą kovą.</w:t>
      </w:r>
    </w:p>
    <w:p w14:paraId="1C6C6AC0" w14:textId="77777777" w:rsidR="00941720" w:rsidRDefault="00000000">
      <w:r>
        <w:rPr>
          <w:sz w:val="18"/>
        </w:rPr>
        <w:t>Šaltiniai: smoothcomp.com/en/event/34993/results ir smoothcomp.com/en/event/34993/participants</w:t>
      </w:r>
    </w:p>
    <w:sectPr w:rsidR="00941720" w:rsidSect="00034616">
      <w:footerReference w:type="default" r:id="rId9"/>
      <w:pgSz w:w="11906" w:h="16838"/>
      <w:pgMar w:top="850" w:right="1304" w:bottom="850" w:left="13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7298B36" w14:textId="77777777" w:rsidR="0098620E" w:rsidRDefault="0098620E">
      <w:pPr>
        <w:spacing w:line="240" w:lineRule="auto"/>
      </w:pPr>
      <w:r>
        <w:separator/>
      </w:r>
    </w:p>
  </w:endnote>
  <w:endnote w:type="continuationSeparator" w:id="0">
    <w:p w14:paraId="7074AAE0" w14:textId="77777777" w:rsidR="0098620E" w:rsidRDefault="0098620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EF98315" w14:textId="77777777" w:rsidR="00941720" w:rsidRDefault="00000000">
    <w:pPr>
      <w:pStyle w:val="Footer"/>
      <w:jc w:val="right"/>
    </w:pPr>
    <w:r>
      <w:fldChar w:fldCharType="begin"/>
    </w:r>
    <w:r>
      <w:instrText>PAGE</w:instrText>
    </w:r>
    <w:r>
      <w:fldChar w:fldCharType="separate"/>
    </w:r>
    <w:r w:rsidR="008F75B9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E49CDE3" w14:textId="77777777" w:rsidR="0098620E" w:rsidRDefault="0098620E">
      <w:pPr>
        <w:spacing w:line="240" w:lineRule="auto"/>
      </w:pPr>
      <w:r>
        <w:separator/>
      </w:r>
    </w:p>
  </w:footnote>
  <w:footnote w:type="continuationSeparator" w:id="0">
    <w:p w14:paraId="0CC1DF02" w14:textId="77777777" w:rsidR="0098620E" w:rsidRDefault="0098620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86526031">
    <w:abstractNumId w:val="8"/>
  </w:num>
  <w:num w:numId="2" w16cid:durableId="2113623004">
    <w:abstractNumId w:val="6"/>
  </w:num>
  <w:num w:numId="3" w16cid:durableId="1426727449">
    <w:abstractNumId w:val="5"/>
  </w:num>
  <w:num w:numId="4" w16cid:durableId="1315792972">
    <w:abstractNumId w:val="4"/>
  </w:num>
  <w:num w:numId="5" w16cid:durableId="1812822534">
    <w:abstractNumId w:val="7"/>
  </w:num>
  <w:num w:numId="6" w16cid:durableId="393964765">
    <w:abstractNumId w:val="3"/>
  </w:num>
  <w:num w:numId="7" w16cid:durableId="818422478">
    <w:abstractNumId w:val="2"/>
  </w:num>
  <w:num w:numId="8" w16cid:durableId="2104572952">
    <w:abstractNumId w:val="1"/>
  </w:num>
  <w:num w:numId="9" w16cid:durableId="54298441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172AB"/>
    <w:rsid w:val="0015074B"/>
    <w:rsid w:val="0029639D"/>
    <w:rsid w:val="00326F90"/>
    <w:rsid w:val="008F75B9"/>
    <w:rsid w:val="00941720"/>
    <w:rsid w:val="0098620E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6EC8A62B"/>
  <w14:defaultImageDpi w14:val="300"/>
  <w15:docId w15:val="{DD79FFAF-597E-D24E-B113-0574BC0B3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Times New Roman" w:hAnsi="Times New Roman"/>
      <w:color w:val="000000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00"/>
      <w:outlineLvl w:val="1"/>
    </w:pPr>
    <w:rPr>
      <w:rFonts w:asciiTheme="majorHAnsi" w:eastAsiaTheme="majorEastAsia" w:hAnsiTheme="majorHAnsi" w:cstheme="majorBidi"/>
      <w:b/>
      <w:bCs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1278</Words>
  <Characters>7286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8547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Paulius Smirnovas</cp:lastModifiedBy>
  <cp:revision>2</cp:revision>
  <dcterms:created xsi:type="dcterms:W3CDTF">2026-10-12T17:28:00Z</dcterms:created>
  <dcterms:modified xsi:type="dcterms:W3CDTF">2026-10-12T17:28:00Z</dcterms:modified>
  <cp:category/>
</cp:coreProperties>
</file>